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90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90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649224</wp:posOffset>
                </wp:positionV>
                <wp:extent cx="2923428" cy="795528"/>
                <wp:effectExtent l="0" t="0" r="0" b="0"/>
                <wp:wrapNone/>
                <wp:docPr id="1901" name="Text 19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428" cy="795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5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-72"/>
                                <w:sz w:val="95"/>
                                <w:szCs w:val="95"/>
                              </w:rPr>
                              <w:t xml:space="preserve">NOMAD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1536192</wp:posOffset>
                </wp:positionV>
                <wp:extent cx="1172832" cy="246887"/>
                <wp:effectExtent l="0" t="0" r="0" b="0"/>
                <wp:wrapNone/>
                <wp:docPr id="1902" name="Text 19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2832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35"/>
                                <w:szCs w:val="35"/>
                              </w:rPr>
                              <w:t xml:space="preserve">Kitchen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8476488</wp:posOffset>
                </wp:positionV>
                <wp:extent cx="1542878" cy="146304"/>
                <wp:effectExtent l="0" t="0" r="0" b="0"/>
                <wp:wrapNone/>
                <wp:docPr id="1903" name="Text 19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287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0"/>
                                <w:sz w:val="20"/>
                                <w:szCs w:val="20"/>
                              </w:rPr>
                              <w:t xml:space="preserve">LUNCH THALI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566928</wp:posOffset>
                </wp:positionV>
                <wp:extent cx="931002" cy="548640"/>
                <wp:effectExtent l="0" t="0" r="0" b="0"/>
                <wp:wrapNone/>
                <wp:docPr id="1904" name="Text 19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002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A110A"/>
                                <w:sz w:val="66"/>
                                <w:szCs w:val="66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758952</wp:posOffset>
                </wp:positionV>
                <wp:extent cx="1097422" cy="301752"/>
                <wp:effectExtent l="0" t="0" r="0" b="0"/>
                <wp:wrapNone/>
                <wp:docPr id="1905" name="Text 19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422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43"/>
                                <w:szCs w:val="43"/>
                              </w:rPr>
                              <w:t xml:space="preserve">Thali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1380744</wp:posOffset>
                </wp:positionV>
                <wp:extent cx="2286500" cy="210311"/>
                <wp:effectExtent l="0" t="0" r="0" b="0"/>
                <wp:wrapNone/>
                <wp:docPr id="1906" name="Text 19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500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Mini thali — 6 bowls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5912996</wp:posOffset>
                </wp:positionH>
                <wp:positionV relativeFrom="page">
                  <wp:posOffset>1380744</wp:posOffset>
                </wp:positionV>
                <wp:extent cx="862707" cy="210311"/>
                <wp:effectExtent l="0" t="0" r="0" b="0"/>
                <wp:wrapNone/>
                <wp:docPr id="1907" name="Text 19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707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₹299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1801368</wp:posOffset>
                </wp:positionV>
                <wp:extent cx="2605968" cy="210311"/>
                <wp:effectExtent l="0" t="0" r="0" b="0"/>
                <wp:wrapNone/>
                <wp:docPr id="1908" name="Text 19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5968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Royal thali — 10 bowls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5912996</wp:posOffset>
                </wp:positionH>
                <wp:positionV relativeFrom="page">
                  <wp:posOffset>1801368</wp:posOffset>
                </wp:positionV>
                <wp:extent cx="862707" cy="210311"/>
                <wp:effectExtent l="0" t="0" r="0" b="0"/>
                <wp:wrapNone/>
                <wp:docPr id="1909" name="Text 19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707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₹449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2560320</wp:posOffset>
                </wp:positionV>
                <wp:extent cx="975007" cy="548640"/>
                <wp:effectExtent l="0" t="0" r="0" b="0"/>
                <wp:wrapNone/>
                <wp:docPr id="1910" name="Text 19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007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A110A"/>
                                <w:sz w:val="66"/>
                                <w:szCs w:val="66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2752344</wp:posOffset>
                </wp:positionV>
                <wp:extent cx="1569481" cy="301752"/>
                <wp:effectExtent l="0" t="0" r="0" b="0"/>
                <wp:wrapNone/>
                <wp:docPr id="1911" name="Text 19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481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43"/>
                                <w:szCs w:val="43"/>
                              </w:rPr>
                              <w:t xml:space="preserve">Add-ons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3374136</wp:posOffset>
                </wp:positionV>
                <wp:extent cx="1200892" cy="210311"/>
                <wp:effectExtent l="0" t="0" r="0" b="0"/>
                <wp:wrapNone/>
                <wp:docPr id="1912" name="Text 19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892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Extra roti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6019866</wp:posOffset>
                </wp:positionH>
                <wp:positionV relativeFrom="page">
                  <wp:posOffset>3374136</wp:posOffset>
                </wp:positionV>
                <wp:extent cx="755837" cy="210311"/>
                <wp:effectExtent l="0" t="0" r="0" b="0"/>
                <wp:wrapNone/>
                <wp:docPr id="1913" name="Text 19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837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3794760</wp:posOffset>
                </wp:positionV>
                <wp:extent cx="987866" cy="210311"/>
                <wp:effectExtent l="0" t="0" r="0" b="0"/>
                <wp:wrapNone/>
                <wp:docPr id="1914" name="Text 19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866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Papad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6019866</wp:posOffset>
                </wp:positionH>
                <wp:positionV relativeFrom="page">
                  <wp:posOffset>3794760</wp:posOffset>
                </wp:positionV>
                <wp:extent cx="758735" cy="210311"/>
                <wp:effectExtent l="0" t="0" r="0" b="0"/>
                <wp:wrapNone/>
                <wp:docPr id="1915" name="Text 19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735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4215384</wp:posOffset>
                </wp:positionV>
                <wp:extent cx="1290689" cy="210311"/>
                <wp:effectExtent l="0" t="0" r="0" b="0"/>
                <wp:wrapNone/>
                <wp:docPr id="1916" name="Text 19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689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Buttermilk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6019866</wp:posOffset>
                </wp:positionH>
                <wp:positionV relativeFrom="page">
                  <wp:posOffset>4215384</wp:posOffset>
                </wp:positionV>
                <wp:extent cx="755837" cy="210311"/>
                <wp:effectExtent l="0" t="0" r="0" b="0"/>
                <wp:wrapNone/>
                <wp:docPr id="1917" name="Text 19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837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4974336</wp:posOffset>
                </wp:positionV>
                <wp:extent cx="970292" cy="548640"/>
                <wp:effectExtent l="0" t="0" r="0" b="0"/>
                <wp:wrapNone/>
                <wp:docPr id="1918" name="Text 19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292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A110A"/>
                                <w:sz w:val="66"/>
                                <w:szCs w:val="66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3739895</wp:posOffset>
                </wp:positionH>
                <wp:positionV relativeFrom="page">
                  <wp:posOffset>5166360</wp:posOffset>
                </wp:positionV>
                <wp:extent cx="1250156" cy="301752"/>
                <wp:effectExtent l="0" t="0" r="0" b="0"/>
                <wp:wrapNone/>
                <wp:docPr id="1919" name="Text 19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156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43"/>
                                <w:szCs w:val="43"/>
                              </w:rPr>
                              <w:t xml:space="preserve">Sweet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5788152</wp:posOffset>
                </wp:positionV>
                <wp:extent cx="1957913" cy="210311"/>
                <wp:effectExtent l="0" t="0" r="0" b="0"/>
                <wp:wrapNone/>
                <wp:docPr id="1920" name="Text 19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7913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Moong dal halwa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5912996</wp:posOffset>
                </wp:positionH>
                <wp:positionV relativeFrom="page">
                  <wp:posOffset>5788152</wp:posOffset>
                </wp:positionV>
                <wp:extent cx="862707" cy="210311"/>
                <wp:effectExtent l="0" t="0" r="0" b="0"/>
                <wp:wrapNone/>
                <wp:docPr id="1921" name="Text 19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707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6208776</wp:posOffset>
                </wp:positionV>
                <wp:extent cx="1297190" cy="210311"/>
                <wp:effectExtent l="0" t="0" r="0" b="0"/>
                <wp:wrapNone/>
                <wp:docPr id="1922" name="Text 19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90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1206"/>
                                <w:sz w:val="30"/>
                                <w:szCs w:val="30"/>
                              </w:rPr>
                              <w:t xml:space="preserve">Shrikhand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5923568</wp:posOffset>
                </wp:positionH>
                <wp:positionV relativeFrom="page">
                  <wp:posOffset>6208776</wp:posOffset>
                </wp:positionV>
                <wp:extent cx="852135" cy="210311"/>
                <wp:effectExtent l="0" t="0" r="0" b="0"/>
                <wp:wrapNone/>
                <wp:docPr id="1923" name="Text 19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35" cy="210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1206"/>
                                <w:sz w:val="30"/>
                                <w:szCs w:val="30"/>
                              </w:rPr>
                              <w:t xml:space="preserve">₹110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924" name="Text 19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13E0D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Nomad Kitchen — Lunch thali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