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92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92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2858843</wp:posOffset>
                </wp:positionH>
                <wp:positionV relativeFrom="page">
                  <wp:posOffset>1554480</wp:posOffset>
                </wp:positionV>
                <wp:extent cx="1597513" cy="173736"/>
                <wp:effectExtent l="0" t="0" r="0" b="0"/>
                <wp:wrapNone/>
                <wp:docPr id="1926" name="Text 19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51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2BD6"/>
                                <w:spacing w:val="69"/>
                                <w:sz w:val="23"/>
                                <w:szCs w:val="23"/>
                              </w:rPr>
                              <w:t xml:space="preserve">COCKTAILS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2295365</wp:posOffset>
                </wp:positionH>
                <wp:positionV relativeFrom="page">
                  <wp:posOffset>2295144</wp:posOffset>
                </wp:positionV>
                <wp:extent cx="2724469" cy="219456"/>
                <wp:effectExtent l="0" t="0" r="0" b="0"/>
                <wp:wrapNone/>
                <wp:docPr id="1927" name="Text 19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469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2BD6"/>
                                <w:spacing w:val="56"/>
                                <w:sz w:val="29"/>
                                <w:szCs w:val="29"/>
                              </w:rPr>
                              <w:t xml:space="preserve">— SIGNATURES 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2798064</wp:posOffset>
                </wp:positionV>
                <wp:extent cx="1597971" cy="228600"/>
                <wp:effectExtent l="0" t="0" r="0" b="0"/>
                <wp:wrapNone/>
                <wp:docPr id="1928" name="Text 19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97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Kokum spritz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2798064</wp:posOffset>
                </wp:positionV>
                <wp:extent cx="885882" cy="228600"/>
                <wp:effectExtent l="0" t="0" r="0" b="0"/>
                <wp:wrapNone/>
                <wp:docPr id="1929" name="Text 19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₹520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3198571</wp:posOffset>
                </wp:positionV>
                <wp:extent cx="2031811" cy="228600"/>
                <wp:effectExtent l="0" t="0" r="0" b="0"/>
                <wp:wrapNone/>
                <wp:docPr id="1930" name="Text 19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181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Mango chilli sour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3198571</wp:posOffset>
                </wp:positionV>
                <wp:extent cx="885882" cy="228600"/>
                <wp:effectExtent l="0" t="0" r="0" b="0"/>
                <wp:wrapNone/>
                <wp:docPr id="1931" name="Text 19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₹560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3598164</wp:posOffset>
                </wp:positionV>
                <wp:extent cx="2657374" cy="228600"/>
                <wp:effectExtent l="0" t="0" r="0" b="0"/>
                <wp:wrapNone/>
                <wp:docPr id="1932" name="Text 19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37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Smoked old fashioned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3598164</wp:posOffset>
                </wp:positionV>
                <wp:extent cx="885882" cy="228600"/>
                <wp:effectExtent l="0" t="0" r="0" b="0"/>
                <wp:wrapNone/>
                <wp:docPr id="1933" name="Text 19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₹620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2486025</wp:posOffset>
                </wp:positionH>
                <wp:positionV relativeFrom="page">
                  <wp:posOffset>4464100</wp:posOffset>
                </wp:positionV>
                <wp:extent cx="2343150" cy="219456"/>
                <wp:effectExtent l="0" t="0" r="0" b="0"/>
                <wp:wrapNone/>
                <wp:docPr id="1934" name="Text 19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2BD6"/>
                                <w:spacing w:val="56"/>
                                <w:sz w:val="29"/>
                                <w:szCs w:val="29"/>
                              </w:rPr>
                              <w:t xml:space="preserve">— CLASSICS 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4967020</wp:posOffset>
                </wp:positionV>
                <wp:extent cx="1139771" cy="228600"/>
                <wp:effectExtent l="0" t="0" r="0" b="0"/>
                <wp:wrapNone/>
                <wp:docPr id="1935" name="Text 19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77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Negroni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4967020</wp:posOffset>
                </wp:positionV>
                <wp:extent cx="885882" cy="228600"/>
                <wp:effectExtent l="0" t="0" r="0" b="0"/>
                <wp:wrapNone/>
                <wp:docPr id="1936" name="Text 19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₹540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5367528</wp:posOffset>
                </wp:positionV>
                <wp:extent cx="1291906" cy="228600"/>
                <wp:effectExtent l="0" t="0" r="0" b="0"/>
                <wp:wrapNone/>
                <wp:docPr id="1937" name="Text 19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190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Margarita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5367528</wp:posOffset>
                </wp:positionV>
                <wp:extent cx="885882" cy="228600"/>
                <wp:effectExtent l="0" t="0" r="0" b="0"/>
                <wp:wrapNone/>
                <wp:docPr id="1938" name="Text 19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₹520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5768035</wp:posOffset>
                </wp:positionV>
                <wp:extent cx="971892" cy="228600"/>
                <wp:effectExtent l="0" t="0" r="0" b="0"/>
                <wp:wrapNone/>
                <wp:docPr id="1939" name="Text 19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89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Mojito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5768035</wp:posOffset>
                </wp:positionV>
                <wp:extent cx="885882" cy="228600"/>
                <wp:effectExtent l="0" t="0" r="0" b="0"/>
                <wp:wrapNone/>
                <wp:docPr id="1940" name="Text 19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₹480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2295365</wp:posOffset>
                </wp:positionH>
                <wp:positionV relativeFrom="page">
                  <wp:posOffset>6633972</wp:posOffset>
                </wp:positionV>
                <wp:extent cx="2724469" cy="219456"/>
                <wp:effectExtent l="0" t="0" r="0" b="0"/>
                <wp:wrapNone/>
                <wp:docPr id="1941" name="Text 19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469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2BD6"/>
                                <w:spacing w:val="56"/>
                                <w:sz w:val="29"/>
                                <w:szCs w:val="29"/>
                              </w:rPr>
                              <w:t xml:space="preserve">— ZERO PROOF 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7136891</wp:posOffset>
                </wp:positionV>
                <wp:extent cx="1642976" cy="228600"/>
                <wp:effectExtent l="0" t="0" r="0" b="0"/>
                <wp:wrapNone/>
                <wp:docPr id="1942" name="Text 19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297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Jamun cooler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7136891</wp:posOffset>
                </wp:positionV>
                <wp:extent cx="885882" cy="228600"/>
                <wp:effectExtent l="0" t="0" r="0" b="0"/>
                <wp:wrapNone/>
                <wp:docPr id="1943" name="Text 19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₹280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7536484</wp:posOffset>
                </wp:positionV>
                <wp:extent cx="1396803" cy="228600"/>
                <wp:effectExtent l="0" t="0" r="0" b="0"/>
                <wp:wrapNone/>
                <wp:docPr id="1944" name="Text 19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6803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2"/>
                                <w:szCs w:val="32"/>
                              </w:rPr>
                              <w:t xml:space="preserve">Ginger fizz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5341181</wp:posOffset>
                </wp:positionH>
                <wp:positionV relativeFrom="page">
                  <wp:posOffset>7536484</wp:posOffset>
                </wp:positionV>
                <wp:extent cx="885882" cy="228600"/>
                <wp:effectExtent l="0" t="0" r="0" b="0"/>
                <wp:wrapNone/>
                <wp:docPr id="1945" name="Text 19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₹260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1708820</wp:posOffset>
                </wp:positionH>
                <wp:positionV relativeFrom="page">
                  <wp:posOffset>8906256</wp:posOffset>
                </wp:positionV>
                <wp:extent cx="3897558" cy="128016"/>
                <wp:effectExtent l="0" t="0" r="0" b="0"/>
                <wp:wrapNone/>
                <wp:docPr id="1946" name="Text 19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755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BBBBBB"/>
                                <w:sz w:val="17"/>
                                <w:szCs w:val="17"/>
                              </w:rPr>
                              <w:t xml:space="preserve">Prices in ₹, inclusive of taxes · sample menu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Tide Bar — Cocktails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