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94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94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1488786</wp:posOffset>
                </wp:positionH>
                <wp:positionV relativeFrom="page">
                  <wp:posOffset>749808</wp:posOffset>
                </wp:positionV>
                <wp:extent cx="4337627" cy="548640"/>
                <wp:effectExtent l="0" t="0" r="0" b="0"/>
                <wp:wrapNone/>
                <wp:docPr id="1948" name="Text 19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7627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63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3A2014"/>
                                <w:sz w:val="78"/>
                                <w:szCs w:val="78"/>
                              </w:rPr>
                              <w:t xml:space="preserve">Chai Collective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2897362</wp:posOffset>
                </wp:positionH>
                <wp:positionV relativeFrom="page">
                  <wp:posOffset>1426464</wp:posOffset>
                </wp:positionV>
                <wp:extent cx="1520475" cy="164592"/>
                <wp:effectExtent l="0" t="0" r="0" b="0"/>
                <wp:wrapNone/>
                <wp:docPr id="1949" name="Text 19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475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9D4626"/>
                                <w:spacing w:val="64"/>
                                <w:sz w:val="22"/>
                                <w:szCs w:val="22"/>
                              </w:rPr>
                              <w:t xml:space="preserve">TEA HOUSE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3166752</wp:posOffset>
                </wp:positionH>
                <wp:positionV relativeFrom="page">
                  <wp:posOffset>2039112</wp:posOffset>
                </wp:positionV>
                <wp:extent cx="981694" cy="301752"/>
                <wp:effectExtent l="0" t="0" r="0" b="0"/>
                <wp:wrapNone/>
                <wp:docPr id="1950" name="Text 19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694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9D4626"/>
                                <w:sz w:val="43"/>
                                <w:szCs w:val="43"/>
                              </w:rPr>
                              <w:t xml:space="preserve">Chai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2743200</wp:posOffset>
                </wp:positionV>
                <wp:extent cx="1497672" cy="228600"/>
                <wp:effectExtent l="0" t="0" r="0" b="0"/>
                <wp:wrapNone/>
                <wp:docPr id="1951" name="Text 19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67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A2014"/>
                                <w:sz w:val="32"/>
                                <w:szCs w:val="32"/>
                              </w:rPr>
                              <w:t xml:space="preserve">Cutting chai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5544492</wp:posOffset>
                </wp:positionH>
                <wp:positionV relativeFrom="page">
                  <wp:posOffset>2743200</wp:posOffset>
                </wp:positionV>
                <wp:extent cx="774011" cy="228600"/>
                <wp:effectExtent l="0" t="0" r="0" b="0"/>
                <wp:wrapNone/>
                <wp:docPr id="1952" name="Text 19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01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₹40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3143707</wp:posOffset>
                </wp:positionV>
                <wp:extent cx="1452810" cy="228600"/>
                <wp:effectExtent l="0" t="0" r="0" b="0"/>
                <wp:wrapNone/>
                <wp:docPr id="1953" name="Text 19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81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A2014"/>
                                <w:sz w:val="32"/>
                                <w:szCs w:val="32"/>
                              </w:rPr>
                              <w:t xml:space="preserve">Elaichi chai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5544492</wp:posOffset>
                </wp:positionH>
                <wp:positionV relativeFrom="page">
                  <wp:posOffset>3143707</wp:posOffset>
                </wp:positionV>
                <wp:extent cx="774011" cy="228600"/>
                <wp:effectExtent l="0" t="0" r="0" b="0"/>
                <wp:wrapNone/>
                <wp:docPr id="1954" name="Text 19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01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₹60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3543300</wp:posOffset>
                </wp:positionV>
                <wp:extent cx="1924408" cy="228600"/>
                <wp:effectExtent l="0" t="0" r="0" b="0"/>
                <wp:wrapNone/>
                <wp:docPr id="1955" name="Text 19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408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A2014"/>
                                <w:sz w:val="32"/>
                                <w:szCs w:val="32"/>
                              </w:rPr>
                              <w:t xml:space="preserve">Kashmiri kahwa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5432621</wp:posOffset>
                </wp:positionH>
                <wp:positionV relativeFrom="page">
                  <wp:posOffset>3543300</wp:posOffset>
                </wp:positionV>
                <wp:extent cx="885882" cy="228600"/>
                <wp:effectExtent l="0" t="0" r="0" b="0"/>
                <wp:wrapNone/>
                <wp:docPr id="1956" name="Text 19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₹120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3052667</wp:posOffset>
                </wp:positionH>
                <wp:positionV relativeFrom="page">
                  <wp:posOffset>4336084</wp:posOffset>
                </wp:positionV>
                <wp:extent cx="1209865" cy="301752"/>
                <wp:effectExtent l="0" t="0" r="0" b="0"/>
                <wp:wrapNone/>
                <wp:docPr id="1957" name="Text 19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865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9D4626"/>
                                <w:sz w:val="43"/>
                                <w:szCs w:val="43"/>
                              </w:rPr>
                              <w:t xml:space="preserve">Snacks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5040172</wp:posOffset>
                </wp:positionV>
                <wp:extent cx="1448577" cy="228600"/>
                <wp:effectExtent l="0" t="0" r="0" b="0"/>
                <wp:wrapNone/>
                <wp:docPr id="1958" name="Text 19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857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A2014"/>
                                <w:sz w:val="32"/>
                                <w:szCs w:val="32"/>
                              </w:rPr>
                              <w:t xml:space="preserve">Bun maska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5544492</wp:posOffset>
                </wp:positionH>
                <wp:positionV relativeFrom="page">
                  <wp:posOffset>5040172</wp:posOffset>
                </wp:positionV>
                <wp:extent cx="774011" cy="228600"/>
                <wp:effectExtent l="0" t="0" r="0" b="0"/>
                <wp:wrapNone/>
                <wp:docPr id="1959" name="Text 19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01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₹70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5440680</wp:posOffset>
                </wp:positionV>
                <wp:extent cx="1180222" cy="228600"/>
                <wp:effectExtent l="0" t="0" r="0" b="0"/>
                <wp:wrapNone/>
                <wp:docPr id="1960" name="Text 19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022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A2014"/>
                                <w:sz w:val="32"/>
                                <w:szCs w:val="32"/>
                              </w:rPr>
                              <w:t xml:space="preserve">Samosa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5544492</wp:posOffset>
                </wp:positionH>
                <wp:positionV relativeFrom="page">
                  <wp:posOffset>5440680</wp:posOffset>
                </wp:positionV>
                <wp:extent cx="774011" cy="228600"/>
                <wp:effectExtent l="0" t="0" r="0" b="0"/>
                <wp:wrapNone/>
                <wp:docPr id="1961" name="Text 19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01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₹40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5841187</wp:posOffset>
                </wp:positionV>
                <wp:extent cx="1270501" cy="228600"/>
                <wp:effectExtent l="0" t="0" r="0" b="0"/>
                <wp:wrapNone/>
                <wp:docPr id="1962" name="Text 19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50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A2014"/>
                                <w:sz w:val="32"/>
                                <w:szCs w:val="32"/>
                              </w:rPr>
                              <w:t xml:space="preserve">Vada pav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5544492</wp:posOffset>
                </wp:positionH>
                <wp:positionV relativeFrom="page">
                  <wp:posOffset>5841187</wp:posOffset>
                </wp:positionV>
                <wp:extent cx="774011" cy="228600"/>
                <wp:effectExtent l="0" t="0" r="0" b="0"/>
                <wp:wrapNone/>
                <wp:docPr id="1963" name="Text 19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01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₹60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3141178</wp:posOffset>
                </wp:positionH>
                <wp:positionV relativeFrom="page">
                  <wp:posOffset>6633972</wp:posOffset>
                </wp:positionV>
                <wp:extent cx="1038808" cy="301752"/>
                <wp:effectExtent l="0" t="0" r="0" b="0"/>
                <wp:wrapNone/>
                <wp:docPr id="1964" name="Text 19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808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9D4626"/>
                                <w:sz w:val="43"/>
                                <w:szCs w:val="43"/>
                              </w:rPr>
                              <w:t xml:space="preserve">Toast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7338059</wp:posOffset>
                </wp:positionV>
                <wp:extent cx="2191916" cy="228600"/>
                <wp:effectExtent l="0" t="0" r="0" b="0"/>
                <wp:wrapNone/>
                <wp:docPr id="1965" name="Text 19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191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A2014"/>
                                <w:sz w:val="32"/>
                                <w:szCs w:val="32"/>
                              </w:rPr>
                              <w:t xml:space="preserve">Chilli cheese toast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5432621</wp:posOffset>
                </wp:positionH>
                <wp:positionV relativeFrom="page">
                  <wp:posOffset>7338059</wp:posOffset>
                </wp:positionV>
                <wp:extent cx="885882" cy="228600"/>
                <wp:effectExtent l="0" t="0" r="0" b="0"/>
                <wp:wrapNone/>
                <wp:docPr id="1966" name="Text 19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₹140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7737652</wp:posOffset>
                </wp:positionV>
                <wp:extent cx="2191916" cy="228600"/>
                <wp:effectExtent l="0" t="0" r="0" b="0"/>
                <wp:wrapNone/>
                <wp:docPr id="1967" name="Text 19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191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A2014"/>
                                <w:sz w:val="32"/>
                                <w:szCs w:val="32"/>
                              </w:rPr>
                              <w:t xml:space="preserve">Bombay sandwich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5432621</wp:posOffset>
                </wp:positionH>
                <wp:positionV relativeFrom="page">
                  <wp:posOffset>7737652</wp:posOffset>
                </wp:positionV>
                <wp:extent cx="885882" cy="228600"/>
                <wp:effectExtent l="0" t="0" r="0" b="0"/>
                <wp:wrapNone/>
                <wp:docPr id="1968" name="Text 19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A2014"/>
                                <w:sz w:val="32"/>
                                <w:szCs w:val="32"/>
                              </w:rPr>
                              <w:t xml:space="preserve">₹150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1708820</wp:posOffset>
                </wp:positionH>
                <wp:positionV relativeFrom="page">
                  <wp:posOffset>8906256</wp:posOffset>
                </wp:positionV>
                <wp:extent cx="3897558" cy="128016"/>
                <wp:effectExtent l="0" t="0" r="0" b="0"/>
                <wp:wrapNone/>
                <wp:docPr id="1969" name="Text 19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755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E5C4C"/>
                                <w:sz w:val="17"/>
                                <w:szCs w:val="17"/>
                              </w:rPr>
                              <w:t xml:space="preserve">Prices in ₹, inclusive of taxes · sample menu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 Collective — Tea house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