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97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97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694944</wp:posOffset>
                </wp:positionV>
                <wp:extent cx="2940930" cy="731519"/>
                <wp:effectExtent l="0" t="0" r="0" b="0"/>
                <wp:wrapNone/>
                <wp:docPr id="1971" name="Text 19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0930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5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pacing w:val="39"/>
                                <w:sz w:val="95"/>
                                <w:szCs w:val="95"/>
                              </w:rPr>
                              <w:t xml:space="preserve">BRICK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1527048</wp:posOffset>
                </wp:positionV>
                <wp:extent cx="1388430" cy="265176"/>
                <wp:effectExtent l="0" t="0" r="0" b="0"/>
                <wp:wrapNone/>
                <wp:docPr id="1972" name="Text 19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430" cy="265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FFF"/>
                                <w:sz w:val="35"/>
                                <w:szCs w:val="35"/>
                              </w:rPr>
                              <w:t xml:space="preserve">&amp; Bloom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8476488</wp:posOffset>
                </wp:positionV>
                <wp:extent cx="1029385" cy="146304"/>
                <wp:effectExtent l="0" t="0" r="0" b="0"/>
                <wp:wrapNone/>
                <wp:docPr id="1973" name="Text 19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38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0"/>
                                <w:sz w:val="20"/>
                                <w:szCs w:val="20"/>
                              </w:rPr>
                              <w:t xml:space="preserve">BRUNCH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594360</wp:posOffset>
                </wp:positionV>
                <wp:extent cx="956719" cy="521208"/>
                <wp:effectExtent l="0" t="0" r="0" b="0"/>
                <wp:wrapNone/>
                <wp:docPr id="1974" name="Text 19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719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4B7230"/>
                                <w:sz w:val="66"/>
                                <w:szCs w:val="66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3739895</wp:posOffset>
                </wp:positionH>
                <wp:positionV relativeFrom="page">
                  <wp:posOffset>740664</wp:posOffset>
                </wp:positionV>
                <wp:extent cx="1170627" cy="338328"/>
                <wp:effectExtent l="0" t="0" r="0" b="0"/>
                <wp:wrapNone/>
                <wp:docPr id="1975" name="Text 19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627" cy="338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3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43"/>
                                <w:szCs w:val="43"/>
                              </w:rPr>
                              <w:t xml:space="preserve">Eggs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1371600</wp:posOffset>
                </wp:positionV>
                <wp:extent cx="1500358" cy="228600"/>
                <wp:effectExtent l="0" t="0" r="0" b="0"/>
                <wp:wrapNone/>
                <wp:docPr id="1976" name="Text 19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35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Shakshuka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5837701</wp:posOffset>
                </wp:positionH>
                <wp:positionV relativeFrom="page">
                  <wp:posOffset>1371600</wp:posOffset>
                </wp:positionV>
                <wp:extent cx="938002" cy="228600"/>
                <wp:effectExtent l="0" t="0" r="0" b="0"/>
                <wp:wrapNone/>
                <wp:docPr id="1977" name="Text 19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800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₹360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3090672</wp:posOffset>
                </wp:positionH>
                <wp:positionV relativeFrom="page">
                  <wp:posOffset>1792224</wp:posOffset>
                </wp:positionV>
                <wp:extent cx="1851904" cy="228600"/>
                <wp:effectExtent l="0" t="0" r="0" b="0"/>
                <wp:wrapNone/>
                <wp:docPr id="1978" name="Text 19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90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Akuri on toast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5847702</wp:posOffset>
                </wp:positionH>
                <wp:positionV relativeFrom="page">
                  <wp:posOffset>1792224</wp:posOffset>
                </wp:positionV>
                <wp:extent cx="928001" cy="228600"/>
                <wp:effectExtent l="0" t="0" r="0" b="0"/>
                <wp:wrapNone/>
                <wp:docPr id="1979" name="Text 19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00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₹320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2212847</wp:posOffset>
                </wp:positionV>
                <wp:extent cx="1924659" cy="228600"/>
                <wp:effectExtent l="0" t="0" r="0" b="0"/>
                <wp:wrapNone/>
                <wp:docPr id="1980" name="Text 19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65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Eggs Benedict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5836558</wp:posOffset>
                </wp:positionH>
                <wp:positionV relativeFrom="page">
                  <wp:posOffset>2212847</wp:posOffset>
                </wp:positionV>
                <wp:extent cx="939145" cy="228600"/>
                <wp:effectExtent l="0" t="0" r="0" b="0"/>
                <wp:wrapNone/>
                <wp:docPr id="1981" name="Text 19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₹420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3008376</wp:posOffset>
                </wp:positionV>
                <wp:extent cx="1038301" cy="521208"/>
                <wp:effectExtent l="0" t="0" r="0" b="0"/>
                <wp:wrapNone/>
                <wp:docPr id="1982" name="Text 19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301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4B7230"/>
                                <w:sz w:val="66"/>
                                <w:szCs w:val="66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3739895</wp:posOffset>
                </wp:positionH>
                <wp:positionV relativeFrom="page">
                  <wp:posOffset>3154679</wp:posOffset>
                </wp:positionV>
                <wp:extent cx="1328531" cy="338328"/>
                <wp:effectExtent l="0" t="0" r="0" b="0"/>
                <wp:wrapNone/>
                <wp:docPr id="1983" name="Text 19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531" cy="338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3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43"/>
                                <w:szCs w:val="43"/>
                              </w:rPr>
                              <w:t xml:space="preserve">Bowls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3785616</wp:posOffset>
                </wp:positionV>
                <wp:extent cx="1984676" cy="228600"/>
                <wp:effectExtent l="0" t="0" r="0" b="0"/>
                <wp:wrapNone/>
                <wp:docPr id="1984" name="Text 19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467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Smoothie bowl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5827699</wp:posOffset>
                </wp:positionH>
                <wp:positionV relativeFrom="page">
                  <wp:posOffset>3785616</wp:posOffset>
                </wp:positionV>
                <wp:extent cx="948004" cy="228600"/>
                <wp:effectExtent l="0" t="0" r="0" b="0"/>
                <wp:wrapNone/>
                <wp:docPr id="1985" name="Text 19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00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₹340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4206240</wp:posOffset>
                </wp:positionV>
                <wp:extent cx="1932484" cy="228600"/>
                <wp:effectExtent l="0" t="0" r="0" b="0"/>
                <wp:wrapNone/>
                <wp:docPr id="1986" name="Text 19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4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Millet porridge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5833700</wp:posOffset>
                </wp:positionH>
                <wp:positionV relativeFrom="page">
                  <wp:posOffset>4206240</wp:posOffset>
                </wp:positionV>
                <wp:extent cx="942003" cy="228600"/>
                <wp:effectExtent l="0" t="0" r="0" b="0"/>
                <wp:wrapNone/>
                <wp:docPr id="1987" name="Text 19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00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5001768</wp:posOffset>
                </wp:positionV>
                <wp:extent cx="1038729" cy="521208"/>
                <wp:effectExtent l="0" t="0" r="0" b="0"/>
                <wp:wrapNone/>
                <wp:docPr id="1988" name="Text 19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729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4B7230"/>
                                <w:sz w:val="66"/>
                                <w:szCs w:val="66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3739895</wp:posOffset>
                </wp:positionH>
                <wp:positionV relativeFrom="page">
                  <wp:posOffset>5148071</wp:posOffset>
                </wp:positionV>
                <wp:extent cx="1394145" cy="338328"/>
                <wp:effectExtent l="0" t="0" r="0" b="0"/>
                <wp:wrapNone/>
                <wp:docPr id="1989" name="Text 19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145" cy="338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3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43"/>
                                <w:szCs w:val="43"/>
                              </w:rPr>
                              <w:t xml:space="preserve">Drinks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5779008</wp:posOffset>
                </wp:positionV>
                <wp:extent cx="1488928" cy="228600"/>
                <wp:effectExtent l="0" t="0" r="0" b="0"/>
                <wp:wrapNone/>
                <wp:docPr id="1990" name="Text 19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92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Fresh juice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5870419</wp:posOffset>
                </wp:positionH>
                <wp:positionV relativeFrom="page">
                  <wp:posOffset>5779008</wp:posOffset>
                </wp:positionV>
                <wp:extent cx="905284" cy="228600"/>
                <wp:effectExtent l="0" t="0" r="0" b="0"/>
                <wp:wrapNone/>
                <wp:docPr id="1991" name="Text 19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2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₹180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6199632</wp:posOffset>
                </wp:positionV>
                <wp:extent cx="1339195" cy="228600"/>
                <wp:effectExtent l="0" t="0" r="0" b="0"/>
                <wp:wrapNone/>
                <wp:docPr id="1992" name="Text 19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19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2301B"/>
                                <w:sz w:val="30"/>
                                <w:szCs w:val="30"/>
                              </w:rPr>
                              <w:t xml:space="preserve">Iced latte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5847130</wp:posOffset>
                </wp:positionH>
                <wp:positionV relativeFrom="page">
                  <wp:posOffset>6199632</wp:posOffset>
                </wp:positionV>
                <wp:extent cx="928573" cy="228600"/>
                <wp:effectExtent l="0" t="0" r="0" b="0"/>
                <wp:wrapNone/>
                <wp:docPr id="1993" name="Text 19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57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₹220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1994" name="Text 19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F684F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Brick &amp; Bloom — Brunch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