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995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995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2777825</wp:posOffset>
                </wp:positionH>
                <wp:positionV relativeFrom="page">
                  <wp:posOffset>1554480</wp:posOffset>
                </wp:positionV>
                <wp:extent cx="1759548" cy="173736"/>
                <wp:effectExtent l="0" t="0" r="0" b="0"/>
                <wp:wrapNone/>
                <wp:docPr id="1996" name="Text 199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9548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B4A8"/>
                                <w:spacing w:val="68"/>
                                <w:sz w:val="23"/>
                                <w:szCs w:val="23"/>
                              </w:rPr>
                              <w:t xml:space="preserve">NOODLE BAR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2772060</wp:posOffset>
                </wp:positionH>
                <wp:positionV relativeFrom="page">
                  <wp:posOffset>2295144</wp:posOffset>
                </wp:positionV>
                <wp:extent cx="1771078" cy="219456"/>
                <wp:effectExtent l="0" t="0" r="0" b="0"/>
                <wp:wrapNone/>
                <wp:docPr id="1997" name="Text 199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078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B4A8"/>
                                <w:spacing w:val="56"/>
                                <w:sz w:val="29"/>
                                <w:szCs w:val="29"/>
                              </w:rPr>
                              <w:t xml:space="preserve">— RAMEN —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1088136</wp:posOffset>
                </wp:positionH>
                <wp:positionV relativeFrom="page">
                  <wp:posOffset>2798064</wp:posOffset>
                </wp:positionV>
                <wp:extent cx="1631832" cy="228600"/>
                <wp:effectExtent l="0" t="0" r="0" b="0"/>
                <wp:wrapNone/>
                <wp:docPr id="1998" name="Text 199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183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5F5FF"/>
                                <w:sz w:val="32"/>
                                <w:szCs w:val="32"/>
                              </w:rPr>
                              <w:t xml:space="preserve">Shoyu ramen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5341181</wp:posOffset>
                </wp:positionH>
                <wp:positionV relativeFrom="page">
                  <wp:posOffset>2798064</wp:posOffset>
                </wp:positionV>
                <wp:extent cx="885882" cy="228600"/>
                <wp:effectExtent l="0" t="0" r="0" b="0"/>
                <wp:wrapNone/>
                <wp:docPr id="1999" name="Text 199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8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5FF"/>
                                <w:sz w:val="32"/>
                                <w:szCs w:val="32"/>
                              </w:rPr>
                              <w:t xml:space="preserve">₹420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1088136</wp:posOffset>
                </wp:positionH>
                <wp:positionV relativeFrom="page">
                  <wp:posOffset>3255264</wp:posOffset>
                </wp:positionV>
                <wp:extent cx="1486100" cy="228600"/>
                <wp:effectExtent l="0" t="0" r="0" b="0"/>
                <wp:wrapNone/>
                <wp:docPr id="2000" name="Text 200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61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5F5FF"/>
                                <w:sz w:val="32"/>
                                <w:szCs w:val="32"/>
                              </w:rPr>
                              <w:t xml:space="preserve">Miso ramen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5341181</wp:posOffset>
                </wp:positionH>
                <wp:positionV relativeFrom="page">
                  <wp:posOffset>3255264</wp:posOffset>
                </wp:positionV>
                <wp:extent cx="885882" cy="228600"/>
                <wp:effectExtent l="0" t="0" r="0" b="0"/>
                <wp:wrapNone/>
                <wp:docPr id="2001" name="Text 200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8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5FF"/>
                                <w:sz w:val="32"/>
                                <w:szCs w:val="32"/>
                              </w:rPr>
                              <w:t xml:space="preserve">₹440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1088136</wp:posOffset>
                </wp:positionH>
                <wp:positionV relativeFrom="page">
                  <wp:posOffset>3712464</wp:posOffset>
                </wp:positionV>
                <wp:extent cx="2017509" cy="228600"/>
                <wp:effectExtent l="0" t="0" r="0" b="0"/>
                <wp:wrapNone/>
                <wp:docPr id="2002" name="Text 200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7509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5F5FF"/>
                                <w:sz w:val="32"/>
                                <w:szCs w:val="32"/>
                              </w:rPr>
                              <w:t xml:space="preserve">Spicy tantanmen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5341181</wp:posOffset>
                </wp:positionH>
                <wp:positionV relativeFrom="page">
                  <wp:posOffset>3712464</wp:posOffset>
                </wp:positionV>
                <wp:extent cx="885882" cy="228600"/>
                <wp:effectExtent l="0" t="0" r="0" b="0"/>
                <wp:wrapNone/>
                <wp:docPr id="2003" name="Text 200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8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5FF"/>
                                <w:sz w:val="32"/>
                                <w:szCs w:val="32"/>
                              </w:rPr>
                              <w:t xml:space="preserve">₹460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2104705</wp:posOffset>
                </wp:positionH>
                <wp:positionV relativeFrom="page">
                  <wp:posOffset>4636008</wp:posOffset>
                </wp:positionV>
                <wp:extent cx="3105788" cy="219456"/>
                <wp:effectExtent l="0" t="0" r="0" b="0"/>
                <wp:wrapNone/>
                <wp:docPr id="2004" name="Text 200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788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B4A8"/>
                                <w:spacing w:val="56"/>
                                <w:sz w:val="29"/>
                                <w:szCs w:val="29"/>
                              </w:rPr>
                              <w:t xml:space="preserve">— SMALL PLATES —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1088136</wp:posOffset>
                </wp:positionH>
                <wp:positionV relativeFrom="page">
                  <wp:posOffset>5138928</wp:posOffset>
                </wp:positionV>
                <wp:extent cx="1318507" cy="228600"/>
                <wp:effectExtent l="0" t="0" r="0" b="0"/>
                <wp:wrapNone/>
                <wp:docPr id="2005" name="Text 200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8507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5F5FF"/>
                                <w:sz w:val="32"/>
                                <w:szCs w:val="32"/>
                              </w:rPr>
                              <w:t xml:space="preserve">Gyoza (6)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5341181</wp:posOffset>
                </wp:positionH>
                <wp:positionV relativeFrom="page">
                  <wp:posOffset>5138928</wp:posOffset>
                </wp:positionV>
                <wp:extent cx="885882" cy="228600"/>
                <wp:effectExtent l="0" t="0" r="0" b="0"/>
                <wp:wrapNone/>
                <wp:docPr id="2006" name="Text 200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8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5FF"/>
                                <w:sz w:val="32"/>
                                <w:szCs w:val="32"/>
                              </w:rPr>
                              <w:t xml:space="preserve">₹280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1088136</wp:posOffset>
                </wp:positionH>
                <wp:positionV relativeFrom="page">
                  <wp:posOffset>5596128</wp:posOffset>
                </wp:positionV>
                <wp:extent cx="1352226" cy="228600"/>
                <wp:effectExtent l="0" t="0" r="0" b="0"/>
                <wp:wrapNone/>
                <wp:docPr id="2007" name="Text 200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2226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5F5FF"/>
                                <w:sz w:val="32"/>
                                <w:szCs w:val="32"/>
                              </w:rPr>
                              <w:t xml:space="preserve">Edamame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5341181</wp:posOffset>
                </wp:positionH>
                <wp:positionV relativeFrom="page">
                  <wp:posOffset>5596128</wp:posOffset>
                </wp:positionV>
                <wp:extent cx="885882" cy="228600"/>
                <wp:effectExtent l="0" t="0" r="0" b="0"/>
                <wp:wrapNone/>
                <wp:docPr id="2008" name="Text 200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8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5FF"/>
                                <w:sz w:val="32"/>
                                <w:szCs w:val="32"/>
                              </w:rPr>
                              <w:t xml:space="preserve">₹220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2676684</wp:posOffset>
                </wp:positionH>
                <wp:positionV relativeFrom="page">
                  <wp:posOffset>6519672</wp:posOffset>
                </wp:positionV>
                <wp:extent cx="1961830" cy="219456"/>
                <wp:effectExtent l="0" t="0" r="0" b="0"/>
                <wp:wrapNone/>
                <wp:docPr id="2009" name="Text 200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1830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B4A8"/>
                                <w:spacing w:val="56"/>
                                <w:sz w:val="29"/>
                                <w:szCs w:val="29"/>
                              </w:rPr>
                              <w:t xml:space="preserve">— DRINKS —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1088136</wp:posOffset>
                </wp:positionH>
                <wp:positionV relativeFrom="page">
                  <wp:posOffset>7022592</wp:posOffset>
                </wp:positionV>
                <wp:extent cx="1381783" cy="228600"/>
                <wp:effectExtent l="0" t="0" r="0" b="0"/>
                <wp:wrapNone/>
                <wp:docPr id="2010" name="Text 201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783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5F5FF"/>
                                <w:sz w:val="32"/>
                                <w:szCs w:val="32"/>
                              </w:rPr>
                              <w:t xml:space="preserve">Yuzu soda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5341181</wp:posOffset>
                </wp:positionH>
                <wp:positionV relativeFrom="page">
                  <wp:posOffset>7022592</wp:posOffset>
                </wp:positionV>
                <wp:extent cx="885882" cy="228600"/>
                <wp:effectExtent l="0" t="0" r="0" b="0"/>
                <wp:wrapNone/>
                <wp:docPr id="2011" name="Text 201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8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5FF"/>
                                <w:sz w:val="32"/>
                                <w:szCs w:val="32"/>
                              </w:rPr>
                              <w:t xml:space="preserve">₹180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page">
                  <wp:posOffset>1088136</wp:posOffset>
                </wp:positionH>
                <wp:positionV relativeFrom="page">
                  <wp:posOffset>7479791</wp:posOffset>
                </wp:positionV>
                <wp:extent cx="1336893" cy="228600"/>
                <wp:effectExtent l="0" t="0" r="0" b="0"/>
                <wp:wrapNone/>
                <wp:docPr id="2012" name="Text 201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893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5F5FF"/>
                                <w:sz w:val="32"/>
                                <w:szCs w:val="32"/>
                              </w:rPr>
                              <w:t xml:space="preserve">Green tea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page">
                  <wp:posOffset>5341181</wp:posOffset>
                </wp:positionH>
                <wp:positionV relativeFrom="page">
                  <wp:posOffset>7479791</wp:posOffset>
                </wp:positionV>
                <wp:extent cx="885882" cy="228600"/>
                <wp:effectExtent l="0" t="0" r="0" b="0"/>
                <wp:wrapNone/>
                <wp:docPr id="2013" name="Text 201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8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5FF"/>
                                <w:sz w:val="32"/>
                                <w:szCs w:val="32"/>
                              </w:rPr>
                              <w:t xml:space="preserve">₹120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" behindDoc="0" locked="0" layoutInCell="1" allowOverlap="1">
                <wp:simplePos x="0" y="0"/>
                <wp:positionH relativeFrom="page">
                  <wp:posOffset>1708820</wp:posOffset>
                </wp:positionH>
                <wp:positionV relativeFrom="page">
                  <wp:posOffset>8906256</wp:posOffset>
                </wp:positionV>
                <wp:extent cx="3897558" cy="128016"/>
                <wp:effectExtent l="0" t="0" r="0" b="0"/>
                <wp:wrapNone/>
                <wp:docPr id="2014" name="Text 201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7558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BBBBBB"/>
                                <w:sz w:val="17"/>
                                <w:szCs w:val="17"/>
                              </w:rPr>
                              <w:t xml:space="preserve">Prices in ₹, inclusive of taxes · sample menu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Sakura Ramen — Noodle bar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