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2015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2015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2132087</wp:posOffset>
                </wp:positionH>
                <wp:positionV relativeFrom="page">
                  <wp:posOffset>731519</wp:posOffset>
                </wp:positionV>
                <wp:extent cx="3051024" cy="594360"/>
                <wp:effectExtent l="0" t="0" r="0" b="0"/>
                <wp:wrapNone/>
                <wp:docPr id="2016" name="Text 201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51024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936" w:lineRule="exact"/>
                              <w:jc w:val="center"/>
                            </w:pPr>
                            <w:r>
                              <w:rPr>
                                <w:rFonts w:ascii="Cormorant Garamond" w:hAnsi="Cormorant Garamond" w:cs="Cormorant Garamond" w:eastAsia="Cormorant Garamond"/>
                                <w:color w:val="16181A"/>
                                <w:sz w:val="78"/>
                                <w:szCs w:val="78"/>
                              </w:rPr>
                              <w:t xml:space="preserve">Little Oven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2269812</wp:posOffset>
                </wp:positionH>
                <wp:positionV relativeFrom="page">
                  <wp:posOffset>1426464</wp:posOffset>
                </wp:positionV>
                <wp:extent cx="2775575" cy="164592"/>
                <wp:effectExtent l="0" t="0" r="0" b="0"/>
                <wp:wrapNone/>
                <wp:docPr id="2017" name="Text 201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5575" cy="1645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59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C03E28"/>
                                <w:spacing w:val="64"/>
                                <w:sz w:val="22"/>
                                <w:szCs w:val="22"/>
                              </w:rPr>
                              <w:t xml:space="preserve">BAKERY PRICE LIST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3050024</wp:posOffset>
                </wp:positionH>
                <wp:positionV relativeFrom="page">
                  <wp:posOffset>2039112</wp:posOffset>
                </wp:positionV>
                <wp:extent cx="1215151" cy="301752"/>
                <wp:effectExtent l="0" t="0" r="0" b="0"/>
                <wp:wrapNone/>
                <wp:docPr id="2018" name="Text 201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5151" cy="3017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75" w:lineRule="exact"/>
                              <w:jc w:val="center"/>
                            </w:pPr>
                            <w:r>
                              <w:rPr>
                                <w:rFonts w:ascii="Georgia" w:hAnsi="Georgia" w:cs="Georgia" w:eastAsia="Georgia"/>
                                <w:i/>
                                <w:iCs/>
                                <w:color w:val="C03E28"/>
                                <w:sz w:val="43"/>
                                <w:szCs w:val="43"/>
                              </w:rPr>
                              <w:t xml:space="preserve">Breads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996696</wp:posOffset>
                </wp:positionH>
                <wp:positionV relativeFrom="page">
                  <wp:posOffset>2743200</wp:posOffset>
                </wp:positionV>
                <wp:extent cx="1671703" cy="237744"/>
                <wp:effectExtent l="0" t="0" r="0" b="0"/>
                <wp:wrapNone/>
                <wp:docPr id="2019" name="Text 201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1703" cy="2377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74" w:lineRule="exact"/>
                              <w:jc w:val="left"/>
                            </w:pPr>
                            <w:r>
                              <w:rPr>
                                <w:rFonts w:ascii="Cormorant Garamond" w:hAnsi="Cormorant Garamond" w:cs="Cormorant Garamond" w:eastAsia="Cormorant Garamond"/>
                                <w:color w:val="16181A"/>
                                <w:sz w:val="32"/>
                                <w:szCs w:val="32"/>
                              </w:rPr>
                              <w:t xml:space="preserve">Sourdough loaf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5523633</wp:posOffset>
                </wp:positionH>
                <wp:positionV relativeFrom="page">
                  <wp:posOffset>2743200</wp:posOffset>
                </wp:positionV>
                <wp:extent cx="794870" cy="237744"/>
                <wp:effectExtent l="0" t="0" r="0" b="0"/>
                <wp:wrapNone/>
                <wp:docPr id="2020" name="Text 202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4870" cy="2377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74" w:lineRule="exact"/>
                              <w:jc w:val="right"/>
                            </w:pPr>
                            <w:r>
                              <w:rPr>
                                <w:rFonts w:ascii="Cormorant Garamond" w:hAnsi="Cormorant Garamond" w:cs="Cormorant Garamond" w:eastAsia="Cormorant Garamond"/>
                                <w:b/>
                                <w:bCs/>
                                <w:color w:val="16181A"/>
                                <w:sz w:val="32"/>
                                <w:szCs w:val="32"/>
                              </w:rPr>
                              <w:t xml:space="preserve">₹280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996696</wp:posOffset>
                </wp:positionH>
                <wp:positionV relativeFrom="page">
                  <wp:posOffset>3143707</wp:posOffset>
                </wp:positionV>
                <wp:extent cx="1289044" cy="237744"/>
                <wp:effectExtent l="0" t="0" r="0" b="0"/>
                <wp:wrapNone/>
                <wp:docPr id="2021" name="Text 202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9044" cy="2377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74" w:lineRule="exact"/>
                              <w:jc w:val="left"/>
                            </w:pPr>
                            <w:r>
                              <w:rPr>
                                <w:rFonts w:ascii="Cormorant Garamond" w:hAnsi="Cormorant Garamond" w:cs="Cormorant Garamond" w:eastAsia="Cormorant Garamond"/>
                                <w:color w:val="16181A"/>
                                <w:sz w:val="32"/>
                                <w:szCs w:val="32"/>
                              </w:rPr>
                              <w:t xml:space="preserve">Multigrain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page">
                  <wp:posOffset>5541206</wp:posOffset>
                </wp:positionH>
                <wp:positionV relativeFrom="page">
                  <wp:posOffset>3143707</wp:posOffset>
                </wp:positionV>
                <wp:extent cx="777297" cy="237744"/>
                <wp:effectExtent l="0" t="0" r="0" b="0"/>
                <wp:wrapNone/>
                <wp:docPr id="2022" name="Text 202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7297" cy="2377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74" w:lineRule="exact"/>
                              <w:jc w:val="right"/>
                            </w:pPr>
                            <w:r>
                              <w:rPr>
                                <w:rFonts w:ascii="Cormorant Garamond" w:hAnsi="Cormorant Garamond" w:cs="Cormorant Garamond" w:eastAsia="Cormorant Garamond"/>
                                <w:b/>
                                <w:bCs/>
                                <w:color w:val="16181A"/>
                                <w:sz w:val="32"/>
                                <w:szCs w:val="32"/>
                              </w:rPr>
                              <w:t xml:space="preserve">₹220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7" behindDoc="0" locked="0" layoutInCell="1" allowOverlap="1">
                <wp:simplePos x="0" y="0"/>
                <wp:positionH relativeFrom="page">
                  <wp:posOffset>996696</wp:posOffset>
                </wp:positionH>
                <wp:positionV relativeFrom="page">
                  <wp:posOffset>3543300</wp:posOffset>
                </wp:positionV>
                <wp:extent cx="1109892" cy="237744"/>
                <wp:effectExtent l="0" t="0" r="0" b="0"/>
                <wp:wrapNone/>
                <wp:docPr id="2023" name="Text 202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9892" cy="2377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74" w:lineRule="exact"/>
                              <w:jc w:val="left"/>
                            </w:pPr>
                            <w:r>
                              <w:rPr>
                                <w:rFonts w:ascii="Cormorant Garamond" w:hAnsi="Cormorant Garamond" w:cs="Cormorant Garamond" w:eastAsia="Cormorant Garamond"/>
                                <w:color w:val="16181A"/>
                                <w:sz w:val="32"/>
                                <w:szCs w:val="32"/>
                              </w:rPr>
                              <w:t xml:space="preserve">Focaccia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8" behindDoc="0" locked="0" layoutInCell="1" allowOverlap="1">
                <wp:simplePos x="0" y="0"/>
                <wp:positionH relativeFrom="page">
                  <wp:posOffset>5530348</wp:posOffset>
                </wp:positionH>
                <wp:positionV relativeFrom="page">
                  <wp:posOffset>3543300</wp:posOffset>
                </wp:positionV>
                <wp:extent cx="788155" cy="237744"/>
                <wp:effectExtent l="0" t="0" r="0" b="0"/>
                <wp:wrapNone/>
                <wp:docPr id="2024" name="Text 202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8155" cy="2377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74" w:lineRule="exact"/>
                              <w:jc w:val="right"/>
                            </w:pPr>
                            <w:r>
                              <w:rPr>
                                <w:rFonts w:ascii="Cormorant Garamond" w:hAnsi="Cormorant Garamond" w:cs="Cormorant Garamond" w:eastAsia="Cormorant Garamond"/>
                                <w:b/>
                                <w:bCs/>
                                <w:color w:val="16181A"/>
                                <w:sz w:val="32"/>
                                <w:szCs w:val="32"/>
                              </w:rPr>
                              <w:t xml:space="preserve">₹240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9" behindDoc="0" locked="0" layoutInCell="1" allowOverlap="1">
                <wp:simplePos x="0" y="0"/>
                <wp:positionH relativeFrom="page">
                  <wp:posOffset>2974800</wp:posOffset>
                </wp:positionH>
                <wp:positionV relativeFrom="page">
                  <wp:posOffset>4336084</wp:posOffset>
                </wp:positionV>
                <wp:extent cx="1356455" cy="301752"/>
                <wp:effectExtent l="0" t="0" r="0" b="0"/>
                <wp:wrapNone/>
                <wp:docPr id="2025" name="Text 202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6455" cy="3017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75" w:lineRule="exact"/>
                              <w:jc w:val="center"/>
                            </w:pPr>
                            <w:r>
                              <w:rPr>
                                <w:rFonts w:ascii="Georgia" w:hAnsi="Georgia" w:cs="Georgia" w:eastAsia="Georgia"/>
                                <w:i/>
                                <w:iCs/>
                                <w:color w:val="C03E28"/>
                                <w:sz w:val="43"/>
                                <w:szCs w:val="43"/>
                              </w:rPr>
                              <w:t xml:space="preserve">Pastries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0" behindDoc="0" locked="0" layoutInCell="1" allowOverlap="1">
                <wp:simplePos x="0" y="0"/>
                <wp:positionH relativeFrom="page">
                  <wp:posOffset>996696</wp:posOffset>
                </wp:positionH>
                <wp:positionV relativeFrom="page">
                  <wp:posOffset>5040172</wp:posOffset>
                </wp:positionV>
                <wp:extent cx="1192983" cy="237744"/>
                <wp:effectExtent l="0" t="0" r="0" b="0"/>
                <wp:wrapNone/>
                <wp:docPr id="2026" name="Text 202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2983" cy="2377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74" w:lineRule="exact"/>
                              <w:jc w:val="left"/>
                            </w:pPr>
                            <w:r>
                              <w:rPr>
                                <w:rFonts w:ascii="Cormorant Garamond" w:hAnsi="Cormorant Garamond" w:cs="Cormorant Garamond" w:eastAsia="Cormorant Garamond"/>
                                <w:color w:val="16181A"/>
                                <w:sz w:val="32"/>
                                <w:szCs w:val="32"/>
                              </w:rPr>
                              <w:t xml:space="preserve">Croissant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1" behindDoc="0" locked="0" layoutInCell="1" allowOverlap="1">
                <wp:simplePos x="0" y="0"/>
                <wp:positionH relativeFrom="page">
                  <wp:posOffset>5555208</wp:posOffset>
                </wp:positionH>
                <wp:positionV relativeFrom="page">
                  <wp:posOffset>5040172</wp:posOffset>
                </wp:positionV>
                <wp:extent cx="763295" cy="237744"/>
                <wp:effectExtent l="0" t="0" r="0" b="0"/>
                <wp:wrapNone/>
                <wp:docPr id="2027" name="Text 202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3295" cy="2377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74" w:lineRule="exact"/>
                              <w:jc w:val="right"/>
                            </w:pPr>
                            <w:r>
                              <w:rPr>
                                <w:rFonts w:ascii="Cormorant Garamond" w:hAnsi="Cormorant Garamond" w:cs="Cormorant Garamond" w:eastAsia="Cormorant Garamond"/>
                                <w:b/>
                                <w:bCs/>
                                <w:color w:val="16181A"/>
                                <w:sz w:val="32"/>
                                <w:szCs w:val="32"/>
                              </w:rPr>
                              <w:t xml:space="preserve">₹120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2" behindDoc="0" locked="0" layoutInCell="1" allowOverlap="1">
                <wp:simplePos x="0" y="0"/>
                <wp:positionH relativeFrom="page">
                  <wp:posOffset>996696</wp:posOffset>
                </wp:positionH>
                <wp:positionV relativeFrom="page">
                  <wp:posOffset>5440680</wp:posOffset>
                </wp:positionV>
                <wp:extent cx="1755413" cy="237744"/>
                <wp:effectExtent l="0" t="0" r="0" b="0"/>
                <wp:wrapNone/>
                <wp:docPr id="2028" name="Text 202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5413" cy="2377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74" w:lineRule="exact"/>
                              <w:jc w:val="left"/>
                            </w:pPr>
                            <w:r>
                              <w:rPr>
                                <w:rFonts w:ascii="Cormorant Garamond" w:hAnsi="Cormorant Garamond" w:cs="Cormorant Garamond" w:eastAsia="Cormorant Garamond"/>
                                <w:color w:val="16181A"/>
                                <w:sz w:val="32"/>
                                <w:szCs w:val="32"/>
                              </w:rPr>
                              <w:t xml:space="preserve">Pain au chocolat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3" behindDoc="0" locked="0" layoutInCell="1" allowOverlap="1">
                <wp:simplePos x="0" y="0"/>
                <wp:positionH relativeFrom="page">
                  <wp:posOffset>5553922</wp:posOffset>
                </wp:positionH>
                <wp:positionV relativeFrom="page">
                  <wp:posOffset>5440680</wp:posOffset>
                </wp:positionV>
                <wp:extent cx="764581" cy="237744"/>
                <wp:effectExtent l="0" t="0" r="0" b="0"/>
                <wp:wrapNone/>
                <wp:docPr id="2029" name="Text 202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4581" cy="2377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74" w:lineRule="exact"/>
                              <w:jc w:val="right"/>
                            </w:pPr>
                            <w:r>
                              <w:rPr>
                                <w:rFonts w:ascii="Cormorant Garamond" w:hAnsi="Cormorant Garamond" w:cs="Cormorant Garamond" w:eastAsia="Cormorant Garamond"/>
                                <w:b/>
                                <w:bCs/>
                                <w:color w:val="16181A"/>
                                <w:sz w:val="32"/>
                                <w:szCs w:val="32"/>
                              </w:rPr>
                              <w:t xml:space="preserve">₹150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4" behindDoc="0" locked="0" layoutInCell="1" allowOverlap="1">
                <wp:simplePos x="0" y="0"/>
                <wp:positionH relativeFrom="page">
                  <wp:posOffset>996696</wp:posOffset>
                </wp:positionH>
                <wp:positionV relativeFrom="page">
                  <wp:posOffset>5841187</wp:posOffset>
                </wp:positionV>
                <wp:extent cx="1600166" cy="237744"/>
                <wp:effectExtent l="0" t="0" r="0" b="0"/>
                <wp:wrapNone/>
                <wp:docPr id="2030" name="Text 203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166" cy="2377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74" w:lineRule="exact"/>
                              <w:jc w:val="left"/>
                            </w:pPr>
                            <w:r>
                              <w:rPr>
                                <w:rFonts w:ascii="Cormorant Garamond" w:hAnsi="Cormorant Garamond" w:cs="Cormorant Garamond" w:eastAsia="Cormorant Garamond"/>
                                <w:color w:val="16181A"/>
                                <w:sz w:val="32"/>
                                <w:szCs w:val="32"/>
                              </w:rPr>
                              <w:t xml:space="preserve">Cinnamon roll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5" behindDoc="0" locked="0" layoutInCell="1" allowOverlap="1">
                <wp:simplePos x="0" y="0"/>
                <wp:positionH relativeFrom="page">
                  <wp:posOffset>5544350</wp:posOffset>
                </wp:positionH>
                <wp:positionV relativeFrom="page">
                  <wp:posOffset>5841187</wp:posOffset>
                </wp:positionV>
                <wp:extent cx="774153" cy="237744"/>
                <wp:effectExtent l="0" t="0" r="0" b="0"/>
                <wp:wrapNone/>
                <wp:docPr id="2031" name="Text 203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4153" cy="2377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74" w:lineRule="exact"/>
                              <w:jc w:val="right"/>
                            </w:pPr>
                            <w:r>
                              <w:rPr>
                                <w:rFonts w:ascii="Cormorant Garamond" w:hAnsi="Cormorant Garamond" w:cs="Cormorant Garamond" w:eastAsia="Cormorant Garamond"/>
                                <w:b/>
                                <w:bCs/>
                                <w:color w:val="16181A"/>
                                <w:sz w:val="32"/>
                                <w:szCs w:val="32"/>
                              </w:rPr>
                              <w:t xml:space="preserve">₹140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6" behindDoc="0" locked="0" layoutInCell="1" allowOverlap="1">
                <wp:simplePos x="0" y="0"/>
                <wp:positionH relativeFrom="page">
                  <wp:posOffset>3098315</wp:posOffset>
                </wp:positionH>
                <wp:positionV relativeFrom="page">
                  <wp:posOffset>6633972</wp:posOffset>
                </wp:positionV>
                <wp:extent cx="1118568" cy="301752"/>
                <wp:effectExtent l="0" t="0" r="0" b="0"/>
                <wp:wrapNone/>
                <wp:docPr id="2032" name="Text 203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8568" cy="3017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75" w:lineRule="exact"/>
                              <w:jc w:val="center"/>
                            </w:pPr>
                            <w:r>
                              <w:rPr>
                                <w:rFonts w:ascii="Georgia" w:hAnsi="Georgia" w:cs="Georgia" w:eastAsia="Georgia"/>
                                <w:i/>
                                <w:iCs/>
                                <w:color w:val="C03E28"/>
                                <w:sz w:val="43"/>
                                <w:szCs w:val="43"/>
                              </w:rPr>
                              <w:t xml:space="preserve">Cakes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7" behindDoc="0" locked="0" layoutInCell="1" allowOverlap="1">
                <wp:simplePos x="0" y="0"/>
                <wp:positionH relativeFrom="page">
                  <wp:posOffset>996696</wp:posOffset>
                </wp:positionH>
                <wp:positionV relativeFrom="page">
                  <wp:posOffset>7338059</wp:posOffset>
                </wp:positionV>
                <wp:extent cx="1775121" cy="237744"/>
                <wp:effectExtent l="0" t="0" r="0" b="0"/>
                <wp:wrapNone/>
                <wp:docPr id="2033" name="Text 203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5121" cy="2377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74" w:lineRule="exact"/>
                              <w:jc w:val="left"/>
                            </w:pPr>
                            <w:r>
                              <w:rPr>
                                <w:rFonts w:ascii="Cormorant Garamond" w:hAnsi="Cormorant Garamond" w:cs="Cormorant Garamond" w:eastAsia="Cormorant Garamond"/>
                                <w:color w:val="16181A"/>
                                <w:sz w:val="32"/>
                                <w:szCs w:val="32"/>
                              </w:rPr>
                              <w:t xml:space="preserve">Carrot cake slice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8" behindDoc="0" locked="0" layoutInCell="1" allowOverlap="1">
                <wp:simplePos x="0" y="0"/>
                <wp:positionH relativeFrom="page">
                  <wp:posOffset>5537777</wp:posOffset>
                </wp:positionH>
                <wp:positionV relativeFrom="page">
                  <wp:posOffset>7338059</wp:posOffset>
                </wp:positionV>
                <wp:extent cx="780726" cy="237744"/>
                <wp:effectExtent l="0" t="0" r="0" b="0"/>
                <wp:wrapNone/>
                <wp:docPr id="2034" name="Text 203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0726" cy="2377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74" w:lineRule="exact"/>
                              <w:jc w:val="right"/>
                            </w:pPr>
                            <w:r>
                              <w:rPr>
                                <w:rFonts w:ascii="Cormorant Garamond" w:hAnsi="Cormorant Garamond" w:cs="Cormorant Garamond" w:eastAsia="Cormorant Garamond"/>
                                <w:b/>
                                <w:bCs/>
                                <w:color w:val="16181A"/>
                                <w:sz w:val="32"/>
                                <w:szCs w:val="32"/>
                              </w:rPr>
                              <w:t xml:space="preserve">₹180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9" behindDoc="0" locked="0" layoutInCell="1" allowOverlap="1">
                <wp:simplePos x="0" y="0"/>
                <wp:positionH relativeFrom="page">
                  <wp:posOffset>996696</wp:posOffset>
                </wp:positionH>
                <wp:positionV relativeFrom="page">
                  <wp:posOffset>7737652</wp:posOffset>
                </wp:positionV>
                <wp:extent cx="1328973" cy="237744"/>
                <wp:effectExtent l="0" t="0" r="0" b="0"/>
                <wp:wrapNone/>
                <wp:docPr id="2035" name="Text 203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8973" cy="2377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74" w:lineRule="exact"/>
                              <w:jc w:val="left"/>
                            </w:pPr>
                            <w:r>
                              <w:rPr>
                                <w:rFonts w:ascii="Cormorant Garamond" w:hAnsi="Cormorant Garamond" w:cs="Cormorant Garamond" w:eastAsia="Cormorant Garamond"/>
                                <w:color w:val="16181A"/>
                                <w:sz w:val="32"/>
                                <w:szCs w:val="32"/>
                              </w:rPr>
                              <w:t xml:space="preserve">Lemon tart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0" behindDoc="0" locked="0" layoutInCell="1" allowOverlap="1">
                <wp:simplePos x="0" y="0"/>
                <wp:positionH relativeFrom="page">
                  <wp:posOffset>5542635</wp:posOffset>
                </wp:positionH>
                <wp:positionV relativeFrom="page">
                  <wp:posOffset>7737652</wp:posOffset>
                </wp:positionV>
                <wp:extent cx="775868" cy="237744"/>
                <wp:effectExtent l="0" t="0" r="0" b="0"/>
                <wp:wrapNone/>
                <wp:docPr id="2036" name="Text 203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5868" cy="2377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74" w:lineRule="exact"/>
                              <w:jc w:val="right"/>
                            </w:pPr>
                            <w:r>
                              <w:rPr>
                                <w:rFonts w:ascii="Cormorant Garamond" w:hAnsi="Cormorant Garamond" w:cs="Cormorant Garamond" w:eastAsia="Cormorant Garamond"/>
                                <w:b/>
                                <w:bCs/>
                                <w:color w:val="16181A"/>
                                <w:sz w:val="32"/>
                                <w:szCs w:val="32"/>
                              </w:rPr>
                              <w:t xml:space="preserve">₹160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1" behindDoc="0" locked="0" layoutInCell="1" allowOverlap="1">
                <wp:simplePos x="0" y="0"/>
                <wp:positionH relativeFrom="page">
                  <wp:posOffset>1708820</wp:posOffset>
                </wp:positionH>
                <wp:positionV relativeFrom="page">
                  <wp:posOffset>8906256</wp:posOffset>
                </wp:positionV>
                <wp:extent cx="3897558" cy="128016"/>
                <wp:effectExtent l="0" t="0" r="0" b="0"/>
                <wp:wrapNone/>
                <wp:docPr id="2037" name="Text 203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97558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6F6B62"/>
                                <w:sz w:val="17"/>
                                <w:szCs w:val="17"/>
                              </w:rPr>
                              <w:t xml:space="preserve">Prices in ₹, inclusive of taxes · sample menu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Little Oven — Bakery price list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