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03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03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4787798</wp:posOffset>
                </wp:positionV>
                <wp:extent cx="3678153" cy="1463039"/>
                <wp:effectExtent l="0" t="0" r="0" b="0"/>
                <wp:wrapNone/>
                <wp:docPr id="2039" name="Text 20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8153" cy="14630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4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1F1C12"/>
                                <w:spacing w:val="-32"/>
                                <w:sz w:val="173"/>
                                <w:szCs w:val="173"/>
                              </w:rPr>
                              <w:t xml:space="preserve">Filter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5797295</wp:posOffset>
                </wp:positionV>
                <wp:extent cx="4296765" cy="1463039"/>
                <wp:effectExtent l="0" t="0" r="0" b="0"/>
                <wp:wrapNone/>
                <wp:docPr id="2040" name="Text 20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6765" cy="14630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4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1F1C12"/>
                                <w:spacing w:val="-31"/>
                                <w:sz w:val="173"/>
                                <w:szCs w:val="173"/>
                              </w:rPr>
                              <w:t xml:space="preserve">Coffee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7232904</wp:posOffset>
                </wp:positionV>
                <wp:extent cx="4285407" cy="489203"/>
                <wp:effectExtent l="0" t="0" r="0" b="0"/>
                <wp:wrapNone/>
                <wp:docPr id="2041" name="Text 20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5407" cy="4892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1C12"/>
                                <w:sz w:val="30"/>
                                <w:szCs w:val="30"/>
                              </w:rPr>
                              <w:t xml:space="preserve">Slow-dripped, frothed high and served</w:t>
                            </w:r>
                          </w:p>
                          <w:p>
                            <w:pPr>
                              <w:spacing w:before="0" w:after="0" w:line="43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1C12"/>
                                <w:sz w:val="30"/>
                                <w:szCs w:val="30"/>
                              </w:rPr>
                              <w:t xml:space="preserve">in a steel davara.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8129015</wp:posOffset>
                </wp:positionV>
                <wp:extent cx="800311" cy="128016"/>
                <wp:effectExtent l="0" t="0" r="0" b="0"/>
                <wp:wrapNone/>
                <wp:docPr id="2042" name="Text 20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31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B6446"/>
                                <w:spacing w:val="20"/>
                                <w:sz w:val="17"/>
                                <w:szCs w:val="17"/>
                              </w:rPr>
                              <w:t xml:space="preserve">PRICE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6130423</wp:posOffset>
                </wp:positionH>
                <wp:positionV relativeFrom="page">
                  <wp:posOffset>8092439</wp:posOffset>
                </wp:positionV>
                <wp:extent cx="681856" cy="173736"/>
                <wp:effectExtent l="0" t="0" r="0" b="0"/>
                <wp:wrapNone/>
                <wp:docPr id="2043" name="Text 20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85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1C12"/>
                                <w:sz w:val="24"/>
                                <w:szCs w:val="24"/>
                              </w:rPr>
                              <w:t xml:space="preserve">₹90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8494776</wp:posOffset>
                </wp:positionV>
                <wp:extent cx="800311" cy="128016"/>
                <wp:effectExtent l="0" t="0" r="0" b="0"/>
                <wp:wrapNone/>
                <wp:docPr id="2044" name="Text 20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31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B6446"/>
                                <w:spacing w:val="20"/>
                                <w:sz w:val="17"/>
                                <w:szCs w:val="17"/>
                              </w:rPr>
                              <w:t xml:space="preserve">HOURS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5774235</wp:posOffset>
                </wp:positionH>
                <wp:positionV relativeFrom="page">
                  <wp:posOffset>8458200</wp:posOffset>
                </wp:positionV>
                <wp:extent cx="1038044" cy="173736"/>
                <wp:effectExtent l="0" t="0" r="0" b="0"/>
                <wp:wrapNone/>
                <wp:docPr id="2045" name="Text 20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044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1C12"/>
                                <w:sz w:val="24"/>
                                <w:szCs w:val="24"/>
                              </w:rPr>
                              <w:t xml:space="preserve">7–11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Filter Coffee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