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04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04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36576</wp:posOffset>
                </wp:positionH>
                <wp:positionV relativeFrom="page">
                  <wp:posOffset>-54864</wp:posOffset>
                </wp:positionV>
                <wp:extent cx="7242048" cy="2322576"/>
                <wp:effectExtent l="0" t="0" r="0" b="0"/>
                <wp:wrapNone/>
                <wp:docPr id="2047" name="Text 20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2048" cy="23225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57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3A2014"/>
                                <w:spacing w:val="69"/>
                                <w:sz w:val="274"/>
                                <w:szCs w:val="274"/>
                              </w:rPr>
                              <w:t xml:space="preserve">FRESH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2011680</wp:posOffset>
                </wp:positionV>
                <wp:extent cx="1173375" cy="137160"/>
                <wp:effectExtent l="0" t="0" r="0" b="0"/>
                <wp:wrapNone/>
                <wp:docPr id="2048" name="Text 20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375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A2014"/>
                                <w:spacing w:val="37"/>
                                <w:sz w:val="19"/>
                                <w:szCs w:val="19"/>
                              </w:rPr>
                              <w:t xml:space="preserve">ISSUE 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6115678</wp:posOffset>
                </wp:positionH>
                <wp:positionV relativeFrom="page">
                  <wp:posOffset>2011680</wp:posOffset>
                </wp:positionV>
                <wp:extent cx="696601" cy="137160"/>
                <wp:effectExtent l="0" t="0" r="0" b="0"/>
                <wp:wrapNone/>
                <wp:docPr id="2049" name="Text 20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60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A2014"/>
                                <w:spacing w:val="36"/>
                                <w:sz w:val="19"/>
                                <w:szCs w:val="19"/>
                              </w:rPr>
                              <w:t xml:space="preserve">9–1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6267297</wp:posOffset>
                </wp:positionV>
                <wp:extent cx="2058300" cy="886968"/>
                <wp:effectExtent l="0" t="0" r="0" b="0"/>
                <wp:wrapNone/>
                <wp:docPr id="2050" name="Text 20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8300" cy="886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39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3A2014"/>
                                <w:spacing w:val="23"/>
                                <w:sz w:val="115"/>
                                <w:szCs w:val="115"/>
                              </w:rPr>
                              <w:t xml:space="preserve">BIG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6940296</wp:posOffset>
                </wp:positionV>
                <wp:extent cx="4336816" cy="886968"/>
                <wp:effectExtent l="0" t="0" r="0" b="0"/>
                <wp:wrapNone/>
                <wp:docPr id="2051" name="Text 20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6816" cy="886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39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3A2014"/>
                                <w:spacing w:val="-59"/>
                                <w:sz w:val="115"/>
                                <w:szCs w:val="115"/>
                              </w:rPr>
                              <w:t xml:space="preserve">BRUNCH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7799832</wp:posOffset>
                </wp:positionV>
                <wp:extent cx="3751168" cy="439826"/>
                <wp:effectExtent l="0" t="0" r="0" b="0"/>
                <wp:wrapNone/>
                <wp:docPr id="2052" name="Text 20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1168" cy="4398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3A2014"/>
                                <w:sz w:val="26"/>
                                <w:szCs w:val="26"/>
                              </w:rPr>
                              <w:t xml:space="preserve">Eggs any way, pancakes, poha and</w:t>
                            </w:r>
                          </w:p>
                          <w:p>
                            <w:pPr>
                              <w:spacing w:before="0" w:after="0" w:line="37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3A2014"/>
                                <w:sz w:val="26"/>
                                <w:szCs w:val="26"/>
                              </w:rPr>
                              <w:t xml:space="preserve">bottomless chai.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5834386</wp:posOffset>
                </wp:positionH>
                <wp:positionV relativeFrom="page">
                  <wp:posOffset>2642616</wp:posOffset>
                </wp:positionV>
                <wp:extent cx="977893" cy="128016"/>
                <wp:effectExtent l="0" t="0" r="0" b="0"/>
                <wp:wrapNone/>
                <wp:docPr id="2053" name="Text 20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89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C4572F"/>
                                <w:spacing w:val="24"/>
                                <w:sz w:val="17"/>
                                <w:szCs w:val="17"/>
                              </w:rPr>
                              <w:t xml:space="preserve">SAT–SUN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6106048</wp:posOffset>
                </wp:positionH>
                <wp:positionV relativeFrom="page">
                  <wp:posOffset>2807208</wp:posOffset>
                </wp:positionV>
                <wp:extent cx="706231" cy="219456"/>
                <wp:effectExtent l="0" t="0" r="0" b="0"/>
                <wp:wrapNone/>
                <wp:docPr id="2054" name="Text 20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231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3A2014"/>
                                <w:sz w:val="29"/>
                                <w:szCs w:val="29"/>
                              </w:rPr>
                              <w:t xml:space="preserve">9–1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5997263</wp:posOffset>
                </wp:positionH>
                <wp:positionV relativeFrom="page">
                  <wp:posOffset>3465576</wp:posOffset>
                </wp:positionV>
                <wp:extent cx="815016" cy="128016"/>
                <wp:effectExtent l="0" t="0" r="0" b="0"/>
                <wp:wrapNone/>
                <wp:docPr id="2055" name="Text 20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016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C4572F"/>
                                <w:spacing w:val="24"/>
                                <w:sz w:val="17"/>
                                <w:szCs w:val="17"/>
                              </w:rPr>
                              <w:t xml:space="preserve">PRICE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5895308</wp:posOffset>
                </wp:positionH>
                <wp:positionV relativeFrom="page">
                  <wp:posOffset>3630167</wp:posOffset>
                </wp:positionV>
                <wp:extent cx="916971" cy="219456"/>
                <wp:effectExtent l="0" t="0" r="0" b="0"/>
                <wp:wrapNone/>
                <wp:docPr id="2056" name="Text 20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6971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3A2014"/>
                                <w:sz w:val="29"/>
                                <w:szCs w:val="29"/>
                              </w:rPr>
                              <w:t xml:space="preserve">₹649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6078702</wp:posOffset>
                </wp:positionH>
                <wp:positionV relativeFrom="page">
                  <wp:posOffset>4288536</wp:posOffset>
                </wp:positionV>
                <wp:extent cx="733577" cy="128016"/>
                <wp:effectExtent l="0" t="0" r="0" b="0"/>
                <wp:wrapNone/>
                <wp:docPr id="2057" name="Text 20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57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C4572F"/>
                                <w:spacing w:val="24"/>
                                <w:sz w:val="17"/>
                                <w:szCs w:val="17"/>
                              </w:rPr>
                              <w:t xml:space="preserve">KIDS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5909167</wp:posOffset>
                </wp:positionH>
                <wp:positionV relativeFrom="page">
                  <wp:posOffset>4453128</wp:posOffset>
                </wp:positionV>
                <wp:extent cx="903112" cy="219456"/>
                <wp:effectExtent l="0" t="0" r="0" b="0"/>
                <wp:wrapNone/>
                <wp:docPr id="2058" name="Text 20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112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3A2014"/>
                                <w:sz w:val="29"/>
                                <w:szCs w:val="29"/>
                              </w:rPr>
                              <w:t xml:space="preserve">₹299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Big Brunch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