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05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05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1920039</wp:posOffset>
                </wp:positionH>
                <wp:positionV relativeFrom="page">
                  <wp:posOffset>6052413</wp:posOffset>
                </wp:positionV>
                <wp:extent cx="3475120" cy="1325880"/>
                <wp:effectExtent l="0" t="0" r="0" b="0"/>
                <wp:wrapNone/>
                <wp:docPr id="2060" name="Text 20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5120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88" w:lineRule="exact"/>
                              <w:jc w:val="center"/>
                            </w:pPr>
                            <w:r>
                              <w:rPr>
                                <w:rFonts w:ascii="Anton" w:hAnsi="Anton" w:cs="Anton" w:eastAsia="Anton"/>
                                <w:color w:val="2B1B14"/>
                                <w:sz w:val="138"/>
                                <w:szCs w:val="138"/>
                              </w:rPr>
                              <w:t xml:space="preserve">BIRYANI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2195302</wp:posOffset>
                </wp:positionH>
                <wp:positionV relativeFrom="page">
                  <wp:posOffset>6859828</wp:posOffset>
                </wp:positionV>
                <wp:extent cx="2924594" cy="1325880"/>
                <wp:effectExtent l="0" t="0" r="0" b="0"/>
                <wp:wrapNone/>
                <wp:docPr id="2061" name="Text 20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594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088" w:lineRule="exact"/>
                              <w:jc w:val="center"/>
                            </w:pPr>
                            <w:r>
                              <w:rPr>
                                <w:rFonts w:ascii="Anton" w:hAnsi="Anton" w:cs="Anton" w:eastAsia="Anton"/>
                                <w:color w:val="2B1B14"/>
                                <w:sz w:val="138"/>
                                <w:szCs w:val="138"/>
                              </w:rPr>
                              <w:t xml:space="preserve">HOUSE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3027907</wp:posOffset>
                </wp:positionH>
                <wp:positionV relativeFrom="page">
                  <wp:posOffset>347472</wp:posOffset>
                </wp:positionV>
                <wp:extent cx="1259385" cy="137160"/>
                <wp:effectExtent l="0" t="0" r="0" b="0"/>
                <wp:wrapNone/>
                <wp:docPr id="2062" name="Text 20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9385" cy="13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15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2B1B14"/>
                                <w:spacing w:val="55"/>
                                <w:sz w:val="19"/>
                                <w:szCs w:val="19"/>
                              </w:rPr>
                              <w:t xml:space="preserve">NOW OPEN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1283817</wp:posOffset>
                </wp:positionH>
                <wp:positionV relativeFrom="page">
                  <wp:posOffset>8139988</wp:posOffset>
                </wp:positionV>
                <wp:extent cx="4747564" cy="444398"/>
                <wp:effectExtent l="0" t="0" r="0" b="0"/>
                <wp:wrapNone/>
                <wp:docPr id="2063" name="Text 20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7564" cy="4443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0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B1B14"/>
                                <w:sz w:val="27"/>
                                <w:szCs w:val="27"/>
                              </w:rPr>
                              <w:t xml:space="preserve">Dum biryani cooked in sealed handis since this</w:t>
                            </w:r>
                          </w:p>
                          <w:p>
                            <w:pPr>
                              <w:spacing w:before="0" w:after="0" w:line="397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2B1B14"/>
                                <w:sz w:val="27"/>
                                <w:szCs w:val="27"/>
                              </w:rPr>
                              <w:t xml:space="preserve">morning.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2016166</wp:posOffset>
                </wp:positionH>
                <wp:positionV relativeFrom="page">
                  <wp:posOffset>8705088</wp:posOffset>
                </wp:positionV>
                <wp:extent cx="3282867" cy="146304"/>
                <wp:effectExtent l="0" t="0" r="0" b="0"/>
                <wp:wrapNone/>
                <wp:docPr id="2064" name="Text 20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2867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2B1B14"/>
                                <w:spacing w:val="21"/>
                                <w:sz w:val="20"/>
                                <w:szCs w:val="20"/>
                              </w:rPr>
                              <w:t xml:space="preserve">12–11 PM  ·  5 KM  ·  FROM ₹280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Biryani House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