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06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06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1152144</wp:posOffset>
                </wp:positionV>
                <wp:extent cx="1952615" cy="164592"/>
                <wp:effectExtent l="0" t="0" r="0" b="0"/>
                <wp:wrapNone/>
                <wp:docPr id="2066" name="Text 20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15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34"/>
                                <w:sz w:val="22"/>
                                <w:szCs w:val="22"/>
                              </w:rPr>
                              <w:t xml:space="preserve">CHEF’S SPECIAL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4961620</wp:posOffset>
                </wp:positionH>
                <wp:positionV relativeFrom="page">
                  <wp:posOffset>1152144</wp:posOffset>
                </wp:positionV>
                <wp:extent cx="1356883" cy="164592"/>
                <wp:effectExtent l="0" t="0" r="0" b="0"/>
                <wp:wrapNone/>
                <wp:docPr id="2067" name="Text 20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688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34"/>
                                <w:sz w:val="22"/>
                                <w:szCs w:val="22"/>
                              </w:rPr>
                              <w:t xml:space="preserve">ADMIT 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3619195</wp:posOffset>
                </wp:positionV>
                <wp:extent cx="3636183" cy="1106423"/>
                <wp:effectExtent l="0" t="0" r="0" b="0"/>
                <wp:wrapNone/>
                <wp:docPr id="2068" name="Text 20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6183" cy="1106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4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132"/>
                                <w:szCs w:val="132"/>
                              </w:rPr>
                              <w:t xml:space="preserve">THALI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4392777</wp:posOffset>
                </wp:positionV>
                <wp:extent cx="6281928" cy="1106423"/>
                <wp:effectExtent l="0" t="0" r="0" b="0"/>
                <wp:wrapNone/>
                <wp:docPr id="2069" name="Text 20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1928" cy="1106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4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11"/>
                                <w:sz w:val="132"/>
                                <w:szCs w:val="132"/>
                              </w:rPr>
                              <w:t xml:space="preserve">THURSDAY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5453481</wp:posOffset>
                </wp:positionV>
                <wp:extent cx="5109095" cy="182879"/>
                <wp:effectExtent l="0" t="0" r="0" b="0"/>
                <wp:wrapNone/>
                <wp:docPr id="2070" name="Text 20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9095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11111"/>
                                <w:sz w:val="26"/>
                                <w:szCs w:val="26"/>
                              </w:rPr>
                              <w:t xml:space="preserve">Twelve small bowls of the week’s best home cooking.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6665976</wp:posOffset>
                </wp:positionV>
                <wp:extent cx="650115" cy="128016"/>
                <wp:effectExtent l="0" t="0" r="0" b="0"/>
                <wp:wrapNone/>
                <wp:docPr id="2071" name="Text 20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11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11111"/>
                                <w:spacing w:val="21"/>
                                <w:sz w:val="18"/>
                                <w:szCs w:val="18"/>
                              </w:rPr>
                              <w:t xml:space="preserve">THU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6862572</wp:posOffset>
                </wp:positionV>
                <wp:extent cx="887882" cy="173736"/>
                <wp:effectExtent l="0" t="0" r="0" b="0"/>
                <wp:wrapNone/>
                <wp:docPr id="2072" name="Text 20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788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24"/>
                                <w:szCs w:val="24"/>
                              </w:rPr>
                              <w:t xml:space="preserve">Lunch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6665976</wp:posOffset>
                </wp:positionV>
                <wp:extent cx="811135" cy="128016"/>
                <wp:effectExtent l="0" t="0" r="0" b="0"/>
                <wp:wrapNone/>
                <wp:docPr id="2073" name="Text 20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113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11111"/>
                                <w:spacing w:val="21"/>
                                <w:sz w:val="18"/>
                                <w:szCs w:val="18"/>
                              </w:rPr>
                              <w:t xml:space="preserve">PRICE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6862572</wp:posOffset>
                </wp:positionV>
                <wp:extent cx="768296" cy="173736"/>
                <wp:effectExtent l="0" t="0" r="0" b="0"/>
                <wp:wrapNone/>
                <wp:docPr id="2074" name="Text 20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8296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24"/>
                                <w:szCs w:val="24"/>
                              </w:rPr>
                              <w:t xml:space="preserve">₹399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4654295</wp:posOffset>
                </wp:positionH>
                <wp:positionV relativeFrom="page">
                  <wp:posOffset>6665976</wp:posOffset>
                </wp:positionV>
                <wp:extent cx="972155" cy="128016"/>
                <wp:effectExtent l="0" t="0" r="0" b="0"/>
                <wp:wrapNone/>
                <wp:docPr id="2075" name="Text 20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215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11111"/>
                                <w:spacing w:val="21"/>
                                <w:sz w:val="18"/>
                                <w:szCs w:val="18"/>
                              </w:rPr>
                              <w:t xml:space="preserve">REFILLS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4654295</wp:posOffset>
                </wp:positionH>
                <wp:positionV relativeFrom="page">
                  <wp:posOffset>6862572</wp:posOffset>
                </wp:positionV>
                <wp:extent cx="1129769" cy="173736"/>
                <wp:effectExtent l="0" t="0" r="0" b="0"/>
                <wp:wrapNone/>
                <wp:docPr id="2076" name="Text 20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9769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24"/>
                                <w:szCs w:val="24"/>
                              </w:rPr>
                              <w:t xml:space="preserve">Unlimited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4832118</wp:posOffset>
                </wp:positionH>
                <wp:positionV relativeFrom="page">
                  <wp:posOffset>7946135</wp:posOffset>
                </wp:positionV>
                <wp:extent cx="1486385" cy="128016"/>
                <wp:effectExtent l="0" t="0" r="0" b="0"/>
                <wp:wrapNone/>
                <wp:docPr id="2077" name="Text 20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638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17"/>
                                <w:sz w:val="17"/>
                                <w:szCs w:val="17"/>
                              </w:rPr>
                              <w:t xml:space="preserve">SAMPLE KITCHEN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Thali Thursday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