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07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07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1141059</wp:posOffset>
                </wp:positionH>
                <wp:positionV relativeFrom="page">
                  <wp:posOffset>1333078</wp:posOffset>
                </wp:positionV>
                <wp:extent cx="6137564" cy="5014519"/>
                <wp:effectExtent l="0" t="0" r="0" b="0"/>
                <wp:wrapNone/>
                <wp:docPr id="2079" name="Text 20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7564" cy="5014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896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0"/>
                                <w:sz w:val="37"/>
                                <w:szCs w:val="37"/>
                              </w:rPr>
                              <w:t xml:space="preserve">FRESH FROM 7  ✦  FRESH FROM 7  ✦  FRESH FROM 7  ✦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2426324</wp:posOffset>
                </wp:positionH>
                <wp:positionV relativeFrom="page">
                  <wp:posOffset>6832396</wp:posOffset>
                </wp:positionV>
                <wp:extent cx="2462550" cy="996696"/>
                <wp:effectExtent l="0" t="0" r="0" b="0"/>
                <wp:wrapNone/>
                <wp:docPr id="2080" name="Text 20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2550" cy="9966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569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2A1206"/>
                                <w:spacing w:val="-12"/>
                                <w:sz w:val="130"/>
                                <w:szCs w:val="130"/>
                              </w:rPr>
                              <w:t xml:space="preserve">Fresh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2188766</wp:posOffset>
                </wp:positionH>
                <wp:positionV relativeFrom="page">
                  <wp:posOffset>7589520</wp:posOffset>
                </wp:positionV>
                <wp:extent cx="2937667" cy="996696"/>
                <wp:effectExtent l="0" t="0" r="0" b="0"/>
                <wp:wrapNone/>
                <wp:docPr id="2081" name="Text 20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7667" cy="9966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569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2A1206"/>
                                <w:spacing w:val="-12"/>
                                <w:sz w:val="130"/>
                                <w:szCs w:val="130"/>
                              </w:rPr>
                              <w:t xml:space="preserve">from 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793284</wp:posOffset>
                </wp:positionH>
                <wp:positionV relativeFrom="page">
                  <wp:posOffset>8549640</wp:posOffset>
                </wp:positionV>
                <wp:extent cx="5728630" cy="219456"/>
                <wp:effectExtent l="0" t="0" r="0" b="0"/>
                <wp:wrapNone/>
                <wp:docPr id="2082" name="Text 20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8630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2A1206"/>
                                <w:sz w:val="27"/>
                                <w:szCs w:val="27"/>
                              </w:rPr>
                              <w:t xml:space="preserve">Croissants, sourdough and cardamom buns out of the oven daily.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Fresh from 7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