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8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8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832104</wp:posOffset>
                </wp:positionH>
                <wp:positionV relativeFrom="page">
                  <wp:posOffset>2468880</wp:posOffset>
                </wp:positionV>
                <wp:extent cx="1565910" cy="164592"/>
                <wp:effectExtent l="0" t="0" r="0" b="0"/>
                <wp:wrapNone/>
                <wp:docPr id="2084" name="Text 20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9A77C"/>
                                <w:spacing w:val="34"/>
                                <w:sz w:val="22"/>
                                <w:szCs w:val="22"/>
                              </w:rPr>
                              <w:t xml:space="preserve">PIZZA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2997403</wp:posOffset>
                </wp:positionV>
                <wp:extent cx="3488709" cy="1115568"/>
                <wp:effectExtent l="0" t="0" r="0" b="0"/>
                <wp:wrapNone/>
                <wp:docPr id="2085" name="Text 20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8709" cy="1115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5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D10"/>
                                <w:spacing w:val="-28"/>
                                <w:sz w:val="158"/>
                                <w:szCs w:val="158"/>
                              </w:rPr>
                              <w:t xml:space="preserve">Wood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3922776</wp:posOffset>
                </wp:positionV>
                <wp:extent cx="3593555" cy="1115568"/>
                <wp:effectExtent l="0" t="0" r="0" b="0"/>
                <wp:wrapNone/>
                <wp:docPr id="2086" name="Text 20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3555" cy="1115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5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D10"/>
                                <w:spacing w:val="62"/>
                                <w:sz w:val="158"/>
                                <w:szCs w:val="158"/>
                              </w:rPr>
                              <w:t xml:space="preserve">Fired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5056632</wp:posOffset>
                </wp:positionV>
                <wp:extent cx="5303205" cy="520293"/>
                <wp:effectExtent l="0" t="0" r="0" b="0"/>
                <wp:wrapNone/>
                <wp:docPr id="2087" name="Text 20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3205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32"/>
                                <w:szCs w:val="32"/>
                              </w:rPr>
                              <w:t xml:space="preserve">Neapolitan pizzas baked in ninety seconds at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32"/>
                                <w:szCs w:val="32"/>
                              </w:rPr>
                              <w:t xml:space="preserve">450°C.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6858000</wp:posOffset>
                </wp:positionV>
                <wp:extent cx="1828057" cy="228600"/>
                <wp:effectExtent l="0" t="0" r="0" b="0"/>
                <wp:wrapNone/>
                <wp:docPr id="2088" name="Text 20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05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2"/>
                                <w:szCs w:val="32"/>
                              </w:rPr>
                              <w:t xml:space="preserve">Learn more  →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2637272</wp:posOffset>
                </wp:positionH>
                <wp:positionV relativeFrom="page">
                  <wp:posOffset>8567928</wp:posOffset>
                </wp:positionV>
                <wp:extent cx="2040655" cy="146304"/>
                <wp:effectExtent l="0" t="0" r="0" b="0"/>
                <wp:wrapNone/>
                <wp:docPr id="2089" name="Text 20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65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D10"/>
                                <w:spacing w:val="39"/>
                                <w:sz w:val="20"/>
                                <w:szCs w:val="20"/>
                              </w:rPr>
                              <w:t xml:space="preserve">SAMPLE PIZZERIA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 Fired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