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2096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096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636422</wp:posOffset>
                </wp:positionH>
                <wp:positionV relativeFrom="page">
                  <wp:posOffset>349300</wp:posOffset>
                </wp:positionV>
                <wp:extent cx="6042355" cy="1700783"/>
                <wp:effectExtent l="0" t="0" r="0" b="0"/>
                <wp:wrapNone/>
                <wp:docPr id="2097" name="Text 209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2355" cy="17007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678" w:lineRule="exact"/>
                              <w:jc w:val="center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b/>
                                <w:bCs/>
                                <w:color w:val="22301B"/>
                                <w:spacing w:val="-25"/>
                                <w:sz w:val="202"/>
                                <w:szCs w:val="202"/>
                              </w:rPr>
                              <w:t xml:space="preserve">GREEN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899612</wp:posOffset>
                </wp:positionH>
                <wp:positionV relativeFrom="page">
                  <wp:posOffset>1527048</wp:posOffset>
                </wp:positionV>
                <wp:extent cx="5515975" cy="1700783"/>
                <wp:effectExtent l="0" t="0" r="0" b="0"/>
                <wp:wrapNone/>
                <wp:docPr id="2098" name="Text 209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15975" cy="17007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678" w:lineRule="exact"/>
                              <w:jc w:val="center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b/>
                                <w:bCs/>
                                <w:color w:val="22301B"/>
                                <w:sz w:val="202"/>
                                <w:szCs w:val="202"/>
                              </w:rPr>
                              <w:t xml:space="preserve">BOWL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1173625</wp:posOffset>
                </wp:positionH>
                <wp:positionV relativeFrom="page">
                  <wp:posOffset>3099816</wp:posOffset>
                </wp:positionV>
                <wp:extent cx="4967949" cy="488289"/>
                <wp:effectExtent l="0" t="0" r="0" b="0"/>
                <wp:wrapNone/>
                <wp:docPr id="2099" name="Text 209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67949" cy="4882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31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2301B"/>
                                <w:sz w:val="30"/>
                                <w:szCs w:val="30"/>
                              </w:rPr>
                              <w:t xml:space="preserve">Quinoa, roasted veg, sprouts and a tahini</w:t>
                            </w:r>
                          </w:p>
                          <w:p>
                            <w:pPr>
                              <w:spacing w:before="0" w:after="0" w:line="437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2301B"/>
                                <w:sz w:val="30"/>
                                <w:szCs w:val="30"/>
                              </w:rPr>
                              <w:t xml:space="preserve">dressing.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2888761</wp:posOffset>
                </wp:positionH>
                <wp:positionV relativeFrom="page">
                  <wp:posOffset>8366759</wp:posOffset>
                </wp:positionV>
                <wp:extent cx="1537677" cy="228600"/>
                <wp:effectExtent l="0" t="0" r="0" b="0"/>
                <wp:wrapNone/>
                <wp:docPr id="2100" name="Text 210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7677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E3ECC4"/>
                                <w:spacing w:val="21"/>
                                <w:sz w:val="32"/>
                                <w:szCs w:val="32"/>
                              </w:rPr>
                              <w:t xml:space="preserve">420  ·  18 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2648209</wp:posOffset>
                </wp:positionH>
                <wp:positionV relativeFrom="page">
                  <wp:posOffset>8759952</wp:posOffset>
                </wp:positionV>
                <wp:extent cx="2018780" cy="137160"/>
                <wp:effectExtent l="0" t="0" r="0" b="0"/>
                <wp:wrapNone/>
                <wp:docPr id="2101" name="Text 210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878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E3ECC4"/>
                                <w:spacing w:val="37"/>
                                <w:sz w:val="19"/>
                                <w:szCs w:val="19"/>
                              </w:rPr>
                              <w:t xml:space="preserve">SAMPLE SALAD BAR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Green Bowl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