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0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0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3051324</wp:posOffset>
                </wp:positionH>
                <wp:positionV relativeFrom="page">
                  <wp:posOffset>265176</wp:posOffset>
                </wp:positionV>
                <wp:extent cx="1212551" cy="146304"/>
                <wp:effectExtent l="0" t="0" r="0" b="0"/>
                <wp:wrapNone/>
                <wp:docPr id="2103" name="Text 21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55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0"/>
                                <w:sz w:val="20"/>
                                <w:szCs w:val="20"/>
                              </w:rPr>
                              <w:t xml:space="preserve">DESSERT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1987005</wp:posOffset>
                </wp:positionH>
                <wp:positionV relativeFrom="page">
                  <wp:posOffset>8796528</wp:posOffset>
                </wp:positionV>
                <wp:extent cx="3341189" cy="146304"/>
                <wp:effectExtent l="0" t="0" r="0" b="0"/>
                <wp:wrapNone/>
                <wp:docPr id="2104" name="Text 21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118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0"/>
                                <w:sz w:val="20"/>
                                <w:szCs w:val="20"/>
                              </w:rPr>
                              <w:t xml:space="preserve">SAMPLE DESSERT PARLOUR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495284</wp:posOffset>
                </wp:positionH>
                <wp:positionV relativeFrom="page">
                  <wp:posOffset>4519879</wp:posOffset>
                </wp:positionV>
                <wp:extent cx="6324630" cy="1545336"/>
                <wp:effectExtent l="0" t="0" r="0" b="0"/>
                <wp:wrapNone/>
                <wp:docPr id="2105" name="Text 21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30" cy="1545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3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FE9DA"/>
                                <w:spacing w:val="204"/>
                                <w:sz w:val="200"/>
                                <w:szCs w:val="200"/>
                              </w:rPr>
                              <w:t xml:space="preserve">KULFI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5688482</wp:posOffset>
                </wp:positionV>
                <wp:extent cx="7242048" cy="1545336"/>
                <wp:effectExtent l="0" t="0" r="0" b="0"/>
                <wp:wrapNone/>
                <wp:docPr id="2106" name="Text 21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48" cy="1545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3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FE9DA"/>
                                <w:spacing w:val="-14"/>
                                <w:sz w:val="200"/>
                                <w:szCs w:val="200"/>
                              </w:rPr>
                              <w:t xml:space="preserve">SEASON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1414341</wp:posOffset>
                </wp:positionH>
                <wp:positionV relativeFrom="page">
                  <wp:posOffset>7188098</wp:posOffset>
                </wp:positionV>
                <wp:extent cx="4486517" cy="228600"/>
                <wp:effectExtent l="0" t="0" r="0" b="0"/>
                <wp:wrapNone/>
                <wp:docPr id="2107" name="Text 21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51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FE9DA"/>
                                <w:sz w:val="30"/>
                                <w:szCs w:val="30"/>
                              </w:rPr>
                              <w:t xml:space="preserve">Malai, pista and rose kulfi on a stick.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3144664</wp:posOffset>
                </wp:positionH>
                <wp:positionV relativeFrom="page">
                  <wp:posOffset>8092439</wp:posOffset>
                </wp:positionV>
                <wp:extent cx="1025871" cy="173736"/>
                <wp:effectExtent l="0" t="0" r="0" b="0"/>
                <wp:wrapNone/>
                <wp:docPr id="2108" name="Text 21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87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FE9DA"/>
                                <w:spacing w:val="17"/>
                                <w:sz w:val="23"/>
                                <w:szCs w:val="23"/>
                              </w:rPr>
                              <w:t xml:space="preserve">6  ·  ₹70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Kulfi Season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