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2109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109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612647</wp:posOffset>
                </wp:positionV>
                <wp:extent cx="1486442" cy="146304"/>
                <wp:effectExtent l="0" t="0" r="0" b="0"/>
                <wp:wrapNone/>
                <wp:docPr id="2110" name="Text 211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6442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pacing w:val="32"/>
                                <w:sz w:val="20"/>
                                <w:szCs w:val="20"/>
                              </w:rPr>
                              <w:t xml:space="preserve">COFFEE CLUB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5418734</wp:posOffset>
                </wp:positionV>
                <wp:extent cx="6757415" cy="1645920"/>
                <wp:effectExtent l="0" t="0" r="0" b="0"/>
                <wp:wrapNone/>
                <wp:docPr id="2111" name="Text 211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57415" cy="1645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2" w:lineRule="exact"/>
                              <w:jc w:val="left"/>
                            </w:pPr>
                            <w:r>
                              <w:rPr>
                                <w:rFonts w:ascii="Anton" w:hAnsi="Anton" w:cs="Anton" w:eastAsia="Anton"/>
                                <w:color w:val="FFFFFF"/>
                                <w:spacing w:val="139"/>
                                <w:sz w:val="173"/>
                                <w:szCs w:val="173"/>
                              </w:rPr>
                              <w:t xml:space="preserve">NINTH CUP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6428232</wp:posOffset>
                </wp:positionV>
                <wp:extent cx="2761645" cy="1645920"/>
                <wp:effectExtent l="0" t="0" r="0" b="0"/>
                <wp:wrapNone/>
                <wp:docPr id="2112" name="Text 211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1645" cy="1645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2" w:lineRule="exact"/>
                              <w:jc w:val="left"/>
                            </w:pPr>
                            <w:r>
                              <w:rPr>
                                <w:rFonts w:ascii="Anton" w:hAnsi="Anton" w:cs="Anton" w:eastAsia="Anton"/>
                                <w:color w:val="FFFFFF"/>
                                <w:sz w:val="173"/>
                                <w:szCs w:val="173"/>
                              </w:rPr>
                              <w:t xml:space="preserve">FREE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7955280</wp:posOffset>
                </wp:positionV>
                <wp:extent cx="4569999" cy="466344"/>
                <wp:effectExtent l="0" t="0" r="0" b="0"/>
                <wp:wrapNone/>
                <wp:docPr id="2113" name="Text 211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69999" cy="4663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FFFFF"/>
                                <w:sz w:val="29"/>
                                <w:szCs w:val="29"/>
                              </w:rPr>
                              <w:t xml:space="preserve">Collect stamps on every cup — the ninth is</w:t>
                            </w:r>
                          </w:p>
                          <w:p>
                            <w:pPr>
                              <w:spacing w:before="0" w:after="0" w:line="417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FFFFF"/>
                                <w:sz w:val="29"/>
                                <w:szCs w:val="29"/>
                              </w:rPr>
                              <w:t xml:space="preserve">on us.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6306531</wp:posOffset>
                </wp:positionH>
                <wp:positionV relativeFrom="page">
                  <wp:posOffset>8659367</wp:posOffset>
                </wp:positionV>
                <wp:extent cx="505748" cy="146304"/>
                <wp:effectExtent l="0" t="0" r="0" b="0"/>
                <wp:wrapNone/>
                <wp:docPr id="2114" name="Text 211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748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pacing w:val="24"/>
                                <w:sz w:val="20"/>
                                <w:szCs w:val="20"/>
                              </w:rPr>
                              <w:t xml:space="preserve"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Ninth Cup Free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