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4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4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2585351" cy="274320"/>
                <wp:effectExtent l="0" t="0" r="0" b="0"/>
                <wp:wrapNone/>
                <wp:docPr id="1646" name="Text 16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51"/>
                                <w:sz w:val="37"/>
                                <w:szCs w:val="37"/>
                              </w:rPr>
                              <w:t xml:space="preserve">EXHIBITION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2362809</wp:posOffset>
                </wp:positionV>
                <wp:extent cx="4650945" cy="1975103"/>
                <wp:effectExtent l="0" t="0" r="0" b="0"/>
                <wp:wrapNone/>
                <wp:docPr id="1647" name="Text 16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945" cy="1975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10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F2B22"/>
                                <w:sz w:val="259"/>
                                <w:szCs w:val="259"/>
                              </w:rPr>
                              <w:t xml:space="preserve">PAPER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3877055</wp:posOffset>
                </wp:positionV>
                <wp:extent cx="6816073" cy="1975103"/>
                <wp:effectExtent l="0" t="0" r="0" b="0"/>
                <wp:wrapNone/>
                <wp:docPr id="1648" name="Text 16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073" cy="19751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10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F2B22"/>
                                <w:spacing w:val="-8"/>
                                <w:sz w:val="259"/>
                                <w:szCs w:val="259"/>
                              </w:rPr>
                              <w:t xml:space="preserve">MONSOON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5961888</wp:posOffset>
                </wp:positionV>
                <wp:extent cx="6641614" cy="1391716"/>
                <wp:effectExtent l="0" t="0" r="0" b="0"/>
                <wp:wrapNone/>
                <wp:docPr id="1649" name="Text 16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1614" cy="1391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Forty works on handmade paper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about water, waiting and the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first rain.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14447519</wp:posOffset>
                </wp:positionV>
                <wp:extent cx="1556823" cy="237744"/>
                <wp:effectExtent l="0" t="0" r="0" b="0"/>
                <wp:wrapNone/>
                <wp:docPr id="1650" name="Text 16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253"/>
                                <w:spacing w:val="44"/>
                                <w:sz w:val="32"/>
                                <w:szCs w:val="32"/>
                              </w:rPr>
                              <w:t xml:space="preserve">OPENS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14758416</wp:posOffset>
                </wp:positionV>
                <wp:extent cx="1551736" cy="347472"/>
                <wp:effectExtent l="0" t="0" r="0" b="0"/>
                <wp:wrapNone/>
                <wp:docPr id="1651" name="Text 16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736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49"/>
                                <w:szCs w:val="49"/>
                              </w:rPr>
                              <w:t xml:space="preserve">3 Jul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15361919</wp:posOffset>
                </wp:positionV>
                <wp:extent cx="1855146" cy="237744"/>
                <wp:effectExtent l="0" t="0" r="0" b="0"/>
                <wp:wrapNone/>
                <wp:docPr id="1652" name="Text 16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5146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253"/>
                                <w:spacing w:val="42"/>
                                <w:sz w:val="32"/>
                                <w:szCs w:val="32"/>
                              </w:rPr>
                              <w:t xml:space="preserve">GALLERY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15672816</wp:posOffset>
                </wp:positionV>
                <wp:extent cx="1983219" cy="347472"/>
                <wp:effectExtent l="0" t="0" r="0" b="0"/>
                <wp:wrapNone/>
                <wp:docPr id="1653" name="Text 16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3219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49"/>
                                <w:szCs w:val="49"/>
                              </w:rPr>
                              <w:t xml:space="preserve">Room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16276319</wp:posOffset>
                </wp:positionV>
                <wp:extent cx="1407375" cy="237744"/>
                <wp:effectExtent l="0" t="0" r="0" b="0"/>
                <wp:wrapNone/>
                <wp:docPr id="1654" name="Text 16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7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253"/>
                                <w:spacing w:val="44"/>
                                <w:sz w:val="32"/>
                                <w:szCs w:val="32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16587216</wp:posOffset>
                </wp:positionV>
                <wp:extent cx="1647748" cy="347472"/>
                <wp:effectExtent l="0" t="0" r="0" b="0"/>
                <wp:wrapNone/>
                <wp:docPr id="1655" name="Text 16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748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49"/>
                                <w:szCs w:val="49"/>
                              </w:rPr>
                              <w:t xml:space="preserve">Entry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Monsoon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