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65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5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1243584</wp:posOffset>
                </wp:positionV>
                <wp:extent cx="6436975" cy="457200"/>
                <wp:effectExtent l="0" t="0" r="0" b="0"/>
                <wp:wrapNone/>
                <wp:docPr id="1657" name="Text 16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69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z w:val="63"/>
                                <w:szCs w:val="63"/>
                              </w:rPr>
                              <w:t xml:space="preserve">FILM CLUB / SEASON 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12173407</wp:posOffset>
                </wp:positionH>
                <wp:positionV relativeFrom="page">
                  <wp:posOffset>1243584</wp:posOffset>
                </wp:positionV>
                <wp:extent cx="1597456" cy="457200"/>
                <wp:effectExtent l="0" t="0" r="0" b="0"/>
                <wp:wrapNone/>
                <wp:docPr id="1658" name="Text 16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7456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z w:val="63"/>
                                <w:szCs w:val="63"/>
                              </w:rPr>
                              <w:t xml:space="preserve">#01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2278684</wp:posOffset>
                </wp:positionV>
                <wp:extent cx="10699571" cy="3621024"/>
                <wp:effectExtent l="0" t="0" r="0" b="0"/>
                <wp:wrapNone/>
                <wp:docPr id="1659" name="Text 16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9571" cy="3621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z w:val="490"/>
                                <w:szCs w:val="490"/>
                              </w:rPr>
                              <w:t xml:space="preserve">SLOW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5232196</wp:posOffset>
                </wp:positionV>
                <wp:extent cx="13697712" cy="3621024"/>
                <wp:effectExtent l="0" t="0" r="0" b="0"/>
                <wp:wrapNone/>
                <wp:docPr id="1660" name="Text 16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7712" cy="3621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pacing w:val="87"/>
                                <w:sz w:val="490"/>
                                <w:szCs w:val="490"/>
                              </w:rPr>
                              <w:t xml:space="preserve">CINEMA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9674352</wp:posOffset>
                </wp:positionH>
                <wp:positionV relativeFrom="page">
                  <wp:posOffset>9090964</wp:posOffset>
                </wp:positionV>
                <wp:extent cx="4497104" cy="1717243"/>
                <wp:effectExtent l="0" t="0" r="0" b="0"/>
                <wp:wrapNone/>
                <wp:docPr id="1661" name="Text 16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7104" cy="1717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1ECD9"/>
                                <w:sz w:val="52"/>
                                <w:szCs w:val="52"/>
                              </w:rPr>
                              <w:t xml:space="preserve">Six long films,</w:t>
                            </w:r>
                          </w:p>
                          <w:p>
                            <w:pPr>
                              <w:spacing w:before="0" w:after="0" w:line="69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1ECD9"/>
                                <w:sz w:val="52"/>
                                <w:szCs w:val="52"/>
                              </w:rPr>
                              <w:t xml:space="preserve">one long weekend.</w:t>
                            </w:r>
                          </w:p>
                          <w:p>
                            <w:pPr>
                              <w:spacing w:before="0" w:after="0" w:line="69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1ECD9"/>
                                <w:sz w:val="52"/>
                                <w:szCs w:val="52"/>
                              </w:rPr>
                              <w:t xml:space="preserve">Bring a cushion</w:t>
                            </w:r>
                          </w:p>
                          <w:p>
                            <w:pPr>
                              <w:spacing w:before="0" w:after="0" w:line="69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1ECD9"/>
                                <w:sz w:val="52"/>
                                <w:szCs w:val="52"/>
                              </w:rPr>
                              <w:t xml:space="preserve">and a friend.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15307056</wp:posOffset>
                </wp:positionV>
                <wp:extent cx="1443266" cy="292608"/>
                <wp:effectExtent l="0" t="0" r="0" b="0"/>
                <wp:wrapNone/>
                <wp:docPr id="1662" name="Text 16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266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z w:val="40"/>
                                <w:szCs w:val="40"/>
                              </w:rPr>
                              <w:t xml:space="preserve"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859535</wp:posOffset>
                </wp:positionH>
                <wp:positionV relativeFrom="page">
                  <wp:posOffset>15910560</wp:posOffset>
                </wp:positionV>
                <wp:extent cx="3050781" cy="457200"/>
                <wp:effectExtent l="0" t="0" r="0" b="0"/>
                <wp:wrapNone/>
                <wp:docPr id="1663" name="Text 16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0781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z w:val="63"/>
                                <w:szCs w:val="63"/>
                              </w:rPr>
                              <w:t xml:space="preserve">Sat 9 Aug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5431536</wp:posOffset>
                </wp:positionH>
                <wp:positionV relativeFrom="page">
                  <wp:posOffset>15307056</wp:posOffset>
                </wp:positionV>
                <wp:extent cx="1905895" cy="292608"/>
                <wp:effectExtent l="0" t="0" r="0" b="0"/>
                <wp:wrapNone/>
                <wp:docPr id="1664" name="Text 16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895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z w:val="40"/>
                                <w:szCs w:val="40"/>
                              </w:rPr>
                              <w:t xml:space="preserve">SCREENS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5431536</wp:posOffset>
                </wp:positionH>
                <wp:positionV relativeFrom="page">
                  <wp:posOffset>15910560</wp:posOffset>
                </wp:positionV>
                <wp:extent cx="1112824" cy="457200"/>
                <wp:effectExtent l="0" t="0" r="0" b="0"/>
                <wp:wrapNone/>
                <wp:docPr id="1665" name="Text 16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824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z w:val="63"/>
                                <w:szCs w:val="63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10003536</wp:posOffset>
                </wp:positionH>
                <wp:positionV relativeFrom="page">
                  <wp:posOffset>15307056</wp:posOffset>
                </wp:positionV>
                <wp:extent cx="1443266" cy="292608"/>
                <wp:effectExtent l="0" t="0" r="0" b="0"/>
                <wp:wrapNone/>
                <wp:docPr id="1666" name="Text 16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266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z w:val="40"/>
                                <w:szCs w:val="40"/>
                              </w:rPr>
                              <w:t xml:space="preserve">PASS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10003536</wp:posOffset>
                </wp:positionH>
                <wp:positionV relativeFrom="page">
                  <wp:posOffset>15910560</wp:posOffset>
                </wp:positionV>
                <wp:extent cx="1839487" cy="457200"/>
                <wp:effectExtent l="0" t="0" r="0" b="0"/>
                <wp:wrapNone/>
                <wp:docPr id="1667" name="Text 16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9487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1ECD9"/>
                                <w:sz w:val="63"/>
                                <w:szCs w:val="63"/>
                              </w:rPr>
                              <w:t xml:space="preserve">₹900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Slow Cinema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