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67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7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5504716</wp:posOffset>
                </wp:positionH>
                <wp:positionV relativeFrom="page">
                  <wp:posOffset>1938527</wp:posOffset>
                </wp:positionV>
                <wp:extent cx="3620966" cy="329184"/>
                <wp:effectExtent l="0" t="0" r="0" b="0"/>
                <wp:wrapNone/>
                <wp:docPr id="1675" name="Text 16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0966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7E7E1"/>
                                <w:spacing w:val="129"/>
                                <w:sz w:val="43"/>
                                <w:szCs w:val="43"/>
                              </w:rPr>
                              <w:t xml:space="preserve">JAZZ SERIES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4028026</wp:posOffset>
                </wp:positionH>
                <wp:positionV relativeFrom="page">
                  <wp:posOffset>2384755</wp:posOffset>
                </wp:positionV>
                <wp:extent cx="6516092" cy="3182112"/>
                <wp:effectExtent l="0" t="0" r="0" b="0"/>
                <wp:wrapNone/>
                <wp:docPr id="1676" name="Text 16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6092" cy="3182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11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i/>
                                <w:iCs/>
                                <w:color w:val="F7E7E1"/>
                                <w:spacing w:val="-61"/>
                                <w:sz w:val="374"/>
                                <w:szCs w:val="374"/>
                              </w:rPr>
                              <w:t xml:space="preserve">Blue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3541998</wp:posOffset>
                </wp:positionH>
                <wp:positionV relativeFrom="page">
                  <wp:posOffset>4572000</wp:posOffset>
                </wp:positionV>
                <wp:extent cx="7586892" cy="3182112"/>
                <wp:effectExtent l="0" t="0" r="0" b="0"/>
                <wp:wrapNone/>
                <wp:docPr id="1677" name="Text 16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6892" cy="3182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11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i/>
                                <w:iCs/>
                                <w:color w:val="F7E7E1"/>
                                <w:spacing w:val="-56"/>
                                <w:sz w:val="374"/>
                                <w:szCs w:val="374"/>
                              </w:rPr>
                              <w:t xml:space="preserve">Hour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14209775</wp:posOffset>
                </wp:positionV>
                <wp:extent cx="3756281" cy="1097280"/>
                <wp:effectExtent l="0" t="0" r="0" b="0"/>
                <wp:wrapNone/>
                <wp:docPr id="1678" name="Text 16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6281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F7E7E1"/>
                                <w:sz w:val="43"/>
                                <w:szCs w:val="43"/>
                              </w:rPr>
                              <w:t xml:space="preserve">Trio sets every Sunday as</w:t>
                            </w:r>
                          </w:p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F7E7E1"/>
                                <w:sz w:val="43"/>
                                <w:szCs w:val="43"/>
                              </w:rPr>
                              <w:t xml:space="preserve">the light goes down over</w:t>
                            </w:r>
                          </w:p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F7E7E1"/>
                                <w:sz w:val="43"/>
                                <w:szCs w:val="43"/>
                              </w:rPr>
                              <w:t xml:space="preserve">the lake.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17812512</wp:posOffset>
                </wp:positionV>
                <wp:extent cx="5019170" cy="256032"/>
                <wp:effectExtent l="0" t="0" r="0" b="0"/>
                <wp:wrapNone/>
                <wp:docPr id="1679" name="Text 16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170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9D8582"/>
                                <w:spacing w:val="50"/>
                                <w:sz w:val="35"/>
                                <w:szCs w:val="35"/>
                              </w:rPr>
                              <w:t xml:space="preserve">LAKESIDE DECK · UDAIPUR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11653342</wp:posOffset>
                </wp:positionH>
                <wp:positionV relativeFrom="page">
                  <wp:posOffset>17812512</wp:posOffset>
                </wp:positionV>
                <wp:extent cx="1971217" cy="256032"/>
                <wp:effectExtent l="0" t="0" r="0" b="0"/>
                <wp:wrapNone/>
                <wp:docPr id="1680" name="Text 16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217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9D8582"/>
                                <w:spacing w:val="51"/>
                                <w:sz w:val="35"/>
                                <w:szCs w:val="35"/>
                              </w:rPr>
                              <w:t xml:space="preserve">6:30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Hour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