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1687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687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1993392</wp:posOffset>
                </wp:positionH>
                <wp:positionV relativeFrom="page">
                  <wp:posOffset>2304288</wp:posOffset>
                </wp:positionV>
                <wp:extent cx="3361763" cy="329184"/>
                <wp:effectExtent l="0" t="0" r="0" b="0"/>
                <wp:wrapNone/>
                <wp:docPr id="1688" name="Text 16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1763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69"/>
                                <w:sz w:val="43"/>
                                <w:szCs w:val="43"/>
                              </w:rPr>
                              <w:t xml:space="preserve">POETRY NIGHT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9923240</wp:posOffset>
                </wp:positionH>
                <wp:positionV relativeFrom="page">
                  <wp:posOffset>2304288</wp:posOffset>
                </wp:positionV>
                <wp:extent cx="2713767" cy="329184"/>
                <wp:effectExtent l="0" t="0" r="0" b="0"/>
                <wp:wrapNone/>
                <wp:docPr id="1689" name="Text 16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3767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69"/>
                                <w:sz w:val="43"/>
                                <w:szCs w:val="43"/>
                              </w:rPr>
                              <w:t xml:space="preserve">ADMIT 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1993392</wp:posOffset>
                </wp:positionH>
                <wp:positionV relativeFrom="page">
                  <wp:posOffset>7238390</wp:posOffset>
                </wp:positionV>
                <wp:extent cx="8777582" cy="2212847"/>
                <wp:effectExtent l="0" t="0" r="0" b="0"/>
                <wp:wrapNone/>
                <wp:docPr id="1690" name="Text 16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77582" cy="22128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8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z w:val="265"/>
                                <w:szCs w:val="265"/>
                              </w:rPr>
                              <w:t xml:space="preserve">WORDS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1993392</wp:posOffset>
                </wp:positionH>
                <wp:positionV relativeFrom="page">
                  <wp:posOffset>8785555</wp:posOffset>
                </wp:positionV>
                <wp:extent cx="8121186" cy="2212847"/>
                <wp:effectExtent l="0" t="0" r="0" b="0"/>
                <wp:wrapNone/>
                <wp:docPr id="1691" name="Text 16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21186" cy="22128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84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z w:val="265"/>
                                <w:szCs w:val="265"/>
                              </w:rPr>
                              <w:t xml:space="preserve">ALOUD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1993392</wp:posOffset>
                </wp:positionH>
                <wp:positionV relativeFrom="page">
                  <wp:posOffset>10906963</wp:posOffset>
                </wp:positionV>
                <wp:extent cx="10082974" cy="843076"/>
                <wp:effectExtent l="0" t="0" r="0" b="0"/>
                <wp:wrapNone/>
                <wp:docPr id="1692" name="Text 16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82974" cy="8430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7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FFFFF"/>
                                <w:sz w:val="52"/>
                                <w:szCs w:val="52"/>
                              </w:rPr>
                              <w:t xml:space="preserve">Open mic for poems in Hindi, Urdu and English. Five</w:t>
                            </w:r>
                          </w:p>
                          <w:p>
                            <w:pPr>
                              <w:spacing w:before="0" w:after="0" w:line="75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FFFFFF"/>
                                <w:sz w:val="52"/>
                                <w:szCs w:val="52"/>
                              </w:rPr>
                              <w:t xml:space="preserve">minutes each.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1993392</wp:posOffset>
                </wp:positionH>
                <wp:positionV relativeFrom="page">
                  <wp:posOffset>13331952</wp:posOffset>
                </wp:positionV>
                <wp:extent cx="1300231" cy="256032"/>
                <wp:effectExtent l="0" t="0" r="0" b="0"/>
                <wp:wrapNone/>
                <wp:docPr id="1693" name="Text 16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0231" cy="256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FFFFF"/>
                                <w:spacing w:val="42"/>
                                <w:sz w:val="35"/>
                                <w:szCs w:val="35"/>
                              </w:rPr>
                              <w:t xml:space="preserve">WED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1993392</wp:posOffset>
                </wp:positionH>
                <wp:positionV relativeFrom="page">
                  <wp:posOffset>13725144</wp:posOffset>
                </wp:positionV>
                <wp:extent cx="2018080" cy="347472"/>
                <wp:effectExtent l="0" t="0" r="0" b="0"/>
                <wp:wrapNone/>
                <wp:docPr id="1694" name="Text 16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080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49"/>
                                <w:szCs w:val="49"/>
                              </w:rPr>
                              <w:t xml:space="preserve">7:30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5650992</wp:posOffset>
                </wp:positionH>
                <wp:positionV relativeFrom="page">
                  <wp:posOffset>13331952</wp:posOffset>
                </wp:positionV>
                <wp:extent cx="1622271" cy="256032"/>
                <wp:effectExtent l="0" t="0" r="0" b="0"/>
                <wp:wrapNone/>
                <wp:docPr id="1695" name="Text 16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2271" cy="256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FFFFF"/>
                                <w:spacing w:val="42"/>
                                <w:sz w:val="35"/>
                                <w:szCs w:val="35"/>
                              </w:rPr>
                              <w:t xml:space="preserve">SLOTS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5650992</wp:posOffset>
                </wp:positionH>
                <wp:positionV relativeFrom="page">
                  <wp:posOffset>13725144</wp:posOffset>
                </wp:positionV>
                <wp:extent cx="1189120" cy="347472"/>
                <wp:effectExtent l="0" t="0" r="0" b="0"/>
                <wp:wrapNone/>
                <wp:docPr id="1696" name="Text 169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9120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49"/>
                                <w:szCs w:val="49"/>
                              </w:rPr>
                              <w:t xml:space="preserve"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9308591</wp:posOffset>
                </wp:positionH>
                <wp:positionV relativeFrom="page">
                  <wp:posOffset>13331952</wp:posOffset>
                </wp:positionV>
                <wp:extent cx="1461108" cy="256032"/>
                <wp:effectExtent l="0" t="0" r="0" b="0"/>
                <wp:wrapNone/>
                <wp:docPr id="1697" name="Text 169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1108" cy="256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03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FFFFF"/>
                                <w:spacing w:val="42"/>
                                <w:sz w:val="35"/>
                                <w:szCs w:val="35"/>
                              </w:rPr>
                              <w:t xml:space="preserve">FREE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9308591</wp:posOffset>
                </wp:positionH>
                <wp:positionV relativeFrom="page">
                  <wp:posOffset>13725144</wp:posOffset>
                </wp:positionV>
                <wp:extent cx="1647748" cy="347472"/>
                <wp:effectExtent l="0" t="0" r="0" b="0"/>
                <wp:wrapNone/>
                <wp:docPr id="1698" name="Text 16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748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49"/>
                                <w:szCs w:val="49"/>
                              </w:rPr>
                              <w:t xml:space="preserve">Entry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8546896</wp:posOffset>
                </wp:positionH>
                <wp:positionV relativeFrom="page">
                  <wp:posOffset>15873983</wp:posOffset>
                </wp:positionV>
                <wp:extent cx="4090111" cy="274320"/>
                <wp:effectExtent l="0" t="0" r="0" b="0"/>
                <wp:wrapNone/>
                <wp:docPr id="1699" name="Text 16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0111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33"/>
                                <w:sz w:val="35"/>
                                <w:szCs w:val="35"/>
                              </w:rPr>
                              <w:t xml:space="preserve">CAFÉ QISSA · LUCKNOW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Words Aloud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