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26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6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5016398</wp:posOffset>
                </wp:positionH>
                <wp:positionV relativeFrom="page">
                  <wp:posOffset>1042416</wp:posOffset>
                </wp:positionV>
                <wp:extent cx="2916593" cy="292608"/>
                <wp:effectExtent l="0" t="0" r="0" b="0"/>
                <wp:wrapNone/>
                <wp:docPr id="262" name="Text 2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6593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pacing w:val="54"/>
                                <w:sz w:val="40"/>
                                <w:szCs w:val="40"/>
                              </w:rPr>
                              <w:t xml:space="preserve">PHOTOGRAPHY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5016398</wp:posOffset>
                </wp:positionH>
                <wp:positionV relativeFrom="page">
                  <wp:posOffset>11521440</wp:posOffset>
                </wp:positionV>
                <wp:extent cx="9540849" cy="1040587"/>
                <wp:effectExtent l="0" t="0" r="0" b="0"/>
                <wp:wrapNone/>
                <wp:docPr id="263" name="Text 2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40849" cy="10405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1ECD9"/>
                                <w:sz w:val="63"/>
                                <w:szCs w:val="63"/>
                              </w:rPr>
                              <w:t xml:space="preserve">A group show of night photography from</w:t>
                            </w:r>
                          </w:p>
                          <w:p>
                            <w:pPr>
                              <w:spacing w:before="0" w:after="0" w:line="91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1ECD9"/>
                                <w:sz w:val="63"/>
                                <w:szCs w:val="63"/>
                              </w:rPr>
                              <w:t xml:space="preserve">twelve Indian cities.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5016398</wp:posOffset>
                </wp:positionH>
                <wp:positionV relativeFrom="page">
                  <wp:posOffset>14996160</wp:posOffset>
                </wp:positionV>
                <wp:extent cx="1556823" cy="237744"/>
                <wp:effectExtent l="0" t="0" r="0" b="0"/>
                <wp:wrapNone/>
                <wp:docPr id="264" name="Text 2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82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B8B89D"/>
                                <w:spacing w:val="42"/>
                                <w:sz w:val="32"/>
                                <w:szCs w:val="32"/>
                              </w:rPr>
                              <w:t xml:space="preserve">UNTIL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5016398</wp:posOffset>
                </wp:positionH>
                <wp:positionV relativeFrom="page">
                  <wp:posOffset>15270479</wp:posOffset>
                </wp:positionV>
                <wp:extent cx="1845487" cy="347472"/>
                <wp:effectExtent l="0" t="0" r="0" b="0"/>
                <wp:wrapNone/>
                <wp:docPr id="265" name="Text 2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487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1ECD9"/>
                                <w:sz w:val="49"/>
                                <w:szCs w:val="49"/>
                              </w:rPr>
                              <w:t xml:space="preserve">30 Sep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5016398</wp:posOffset>
                </wp:positionH>
                <wp:positionV relativeFrom="page">
                  <wp:posOffset>15837408</wp:posOffset>
                </wp:positionV>
                <wp:extent cx="1705984" cy="237744"/>
                <wp:effectExtent l="0" t="0" r="0" b="0"/>
                <wp:wrapNone/>
                <wp:docPr id="266" name="Text 2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5984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B8B89D"/>
                                <w:spacing w:val="44"/>
                                <w:sz w:val="32"/>
                                <w:szCs w:val="32"/>
                              </w:rPr>
                              <w:t xml:space="preserve">PRINTS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5016398</wp:posOffset>
                </wp:positionH>
                <wp:positionV relativeFrom="page">
                  <wp:posOffset>16111727</wp:posOffset>
                </wp:positionV>
                <wp:extent cx="1198862" cy="347472"/>
                <wp:effectExtent l="0" t="0" r="0" b="0"/>
                <wp:wrapNone/>
                <wp:docPr id="267" name="Text 2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862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1ECD9"/>
                                <w:sz w:val="49"/>
                                <w:szCs w:val="49"/>
                              </w:rPr>
                              <w:t xml:space="preserve">64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5016398</wp:posOffset>
                </wp:positionH>
                <wp:positionV relativeFrom="page">
                  <wp:posOffset>16678656</wp:posOffset>
                </wp:positionV>
                <wp:extent cx="1556823" cy="237744"/>
                <wp:effectExtent l="0" t="0" r="0" b="0"/>
                <wp:wrapNone/>
                <wp:docPr id="268" name="Text 2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82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B8B89D"/>
                                <w:spacing w:val="44"/>
                                <w:sz w:val="32"/>
                                <w:szCs w:val="32"/>
                              </w:rPr>
                              <w:t xml:space="preserve">HOURS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5016398</wp:posOffset>
                </wp:positionH>
                <wp:positionV relativeFrom="page">
                  <wp:posOffset>16952976</wp:posOffset>
                </wp:positionV>
                <wp:extent cx="1517732" cy="347472"/>
                <wp:effectExtent l="0" t="0" r="0" b="0"/>
                <wp:wrapNone/>
                <wp:docPr id="269" name="Text 2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7732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1ECD9"/>
                                <w:sz w:val="49"/>
                                <w:szCs w:val="49"/>
                              </w:rPr>
                              <w:t xml:space="preserve">11–8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Light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