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1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1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5549236</wp:posOffset>
                </wp:positionH>
                <wp:positionV relativeFrom="page">
                  <wp:posOffset>12488875</wp:posOffset>
                </wp:positionV>
                <wp:extent cx="3684811" cy="2212847"/>
                <wp:effectExtent l="0" t="0" r="0" b="0"/>
                <wp:wrapNone/>
                <wp:docPr id="1711" name="Text 17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4811" cy="2212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84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8F3F1"/>
                                <w:sz w:val="276"/>
                                <w:szCs w:val="276"/>
                              </w:rPr>
                              <w:t xml:space="preserve">Low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3157633</wp:posOffset>
                </wp:positionH>
                <wp:positionV relativeFrom="page">
                  <wp:posOffset>14103705</wp:posOffset>
                </wp:positionV>
                <wp:extent cx="8447940" cy="2212847"/>
                <wp:effectExtent l="0" t="0" r="0" b="0"/>
                <wp:wrapNone/>
                <wp:docPr id="1712" name="Text 17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7940" cy="2212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84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8F3F1"/>
                                <w:sz w:val="276"/>
                                <w:szCs w:val="276"/>
                              </w:rPr>
                              <w:t xml:space="preserve">Frequency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5841358</wp:posOffset>
                </wp:positionH>
                <wp:positionV relativeFrom="page">
                  <wp:posOffset>694944</wp:posOffset>
                </wp:positionV>
                <wp:extent cx="2947682" cy="274320"/>
                <wp:effectExtent l="0" t="0" r="0" b="0"/>
                <wp:wrapNone/>
                <wp:docPr id="1713" name="Text 17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768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8F3F1"/>
                                <w:spacing w:val="112"/>
                                <w:sz w:val="37"/>
                                <w:szCs w:val="37"/>
                              </w:rPr>
                              <w:t xml:space="preserve">ELECTRONIC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2667142</wp:posOffset>
                </wp:positionH>
                <wp:positionV relativeFrom="page">
                  <wp:posOffset>16279977</wp:posOffset>
                </wp:positionV>
                <wp:extent cx="9303866" cy="888796"/>
                <wp:effectExtent l="0" t="0" r="0" b="0"/>
                <wp:wrapNone/>
                <wp:docPr id="1714" name="Text 17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3866" cy="888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5"/>
                                <w:szCs w:val="55"/>
                              </w:rPr>
                              <w:t xml:space="preserve">Bass-heavy all-nighter with three rooms and a</w:t>
                            </w:r>
                          </w:p>
                          <w:p>
                            <w:pPr>
                              <w:spacing w:before="0" w:after="0" w:line="79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5"/>
                                <w:szCs w:val="55"/>
                              </w:rPr>
                              <w:t xml:space="preserve">rooftop.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4873351</wp:posOffset>
                </wp:positionH>
                <wp:positionV relativeFrom="page">
                  <wp:posOffset>17410176</wp:posOffset>
                </wp:positionV>
                <wp:extent cx="4883696" cy="292608"/>
                <wp:effectExtent l="0" t="0" r="0" b="0"/>
                <wp:wrapNone/>
                <wp:docPr id="1715" name="Text 17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3696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8F3F1"/>
                                <w:spacing w:val="40"/>
                                <w:sz w:val="40"/>
                                <w:szCs w:val="40"/>
                              </w:rPr>
                              <w:t xml:space="preserve">10 PM–5 AM  ·  3  ·  21+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 Frequency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