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71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71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530352</wp:posOffset>
                </wp:positionH>
                <wp:positionV relativeFrom="page">
                  <wp:posOffset>-3814876</wp:posOffset>
                </wp:positionV>
                <wp:extent cx="14026896" cy="19824192"/>
                <wp:effectExtent l="0" t="0" r="0" b="0"/>
                <wp:wrapNone/>
                <wp:docPr id="1717" name="Text 17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26896" cy="198241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219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E7A99A"/>
                                <w:spacing w:val="-619"/>
                                <w:sz w:val="2074"/>
                                <w:szCs w:val="2074"/>
                              </w:rPr>
                              <w:t xml:space="preserve">90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1042416</wp:posOffset>
                </wp:positionV>
                <wp:extent cx="2156783" cy="292608"/>
                <wp:effectExtent l="0" t="0" r="0" b="0"/>
                <wp:wrapNone/>
                <wp:docPr id="1718" name="Text 17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6783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7E7E1"/>
                                <w:spacing w:val="56"/>
                                <w:sz w:val="40"/>
                                <w:szCs w:val="40"/>
                              </w:rPr>
                              <w:t xml:space="preserve">THEATRE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12188952</wp:posOffset>
                </wp:positionV>
                <wp:extent cx="7030107" cy="2322576"/>
                <wp:effectExtent l="0" t="0" r="0" b="0"/>
                <wp:wrapNone/>
                <wp:docPr id="1719" name="Text 17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0107" cy="23225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57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F7E7E1"/>
                                <w:sz w:val="242"/>
                                <w:szCs w:val="242"/>
                              </w:rPr>
                              <w:t xml:space="preserve">THE LAST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13602614</wp:posOffset>
                </wp:positionV>
                <wp:extent cx="4637065" cy="2322576"/>
                <wp:effectExtent l="0" t="0" r="0" b="0"/>
                <wp:wrapNone/>
                <wp:docPr id="1720" name="Text 17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7065" cy="23225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57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F7E7E1"/>
                                <w:sz w:val="242"/>
                                <w:szCs w:val="242"/>
                              </w:rPr>
                              <w:t xml:space="preserve">TRAIN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15797174</wp:posOffset>
                </wp:positionV>
                <wp:extent cx="8243379" cy="886968"/>
                <wp:effectExtent l="0" t="0" r="0" b="0"/>
                <wp:wrapNone/>
                <wp:docPr id="1721" name="Text 17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3379" cy="8869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7E7E1"/>
                                <w:sz w:val="55"/>
                                <w:szCs w:val="55"/>
                              </w:rPr>
                              <w:t xml:space="preserve">A two-hander about strangers stuck on a</w:t>
                            </w:r>
                          </w:p>
                          <w:p>
                            <w:pPr>
                              <w:spacing w:before="0" w:after="0" w:line="79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7E7E1"/>
                                <w:sz w:val="55"/>
                                <w:szCs w:val="55"/>
                              </w:rPr>
                              <w:t xml:space="preserve">platform until dawn.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8653767</wp:posOffset>
                </wp:positionH>
                <wp:positionV relativeFrom="page">
                  <wp:posOffset>17337024</wp:posOffset>
                </wp:positionV>
                <wp:extent cx="4970792" cy="274320"/>
                <wp:effectExtent l="0" t="0" r="0" b="0"/>
                <wp:wrapNone/>
                <wp:docPr id="1722" name="Text 17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079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7E7E1"/>
                                <w:spacing w:val="55"/>
                                <w:sz w:val="37"/>
                                <w:szCs w:val="37"/>
                              </w:rPr>
                              <w:t xml:space="preserve">BLACK BOX · HYDERABAD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17337024</wp:posOffset>
                </wp:positionV>
                <wp:extent cx="2072716" cy="274320"/>
                <wp:effectExtent l="0" t="0" r="0" b="0"/>
                <wp:wrapNone/>
                <wp:docPr id="1723" name="Text 17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716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7E7E1"/>
                                <w:spacing w:val="56"/>
                                <w:sz w:val="37"/>
                                <w:szCs w:val="37"/>
                              </w:rPr>
                              <w:t xml:space="preserve">FRI–SUN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Last Train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