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2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2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10749686</wp:posOffset>
                </wp:positionV>
                <wp:extent cx="4271891" cy="2231136"/>
                <wp:effectExtent l="0" t="0" r="0" b="0"/>
                <wp:wrapNone/>
                <wp:docPr id="1725" name="Text 17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1891" cy="22311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1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B1D10"/>
                                <w:spacing w:val="-51"/>
                                <w:sz w:val="317"/>
                                <w:szCs w:val="317"/>
                              </w:rPr>
                              <w:t xml:space="preserve">Big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12600432</wp:posOffset>
                </wp:positionV>
                <wp:extent cx="12400392" cy="2231136"/>
                <wp:effectExtent l="0" t="0" r="0" b="0"/>
                <wp:wrapNone/>
                <wp:docPr id="1726" name="Text 17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0392" cy="22311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51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B1D10"/>
                                <w:spacing w:val="98"/>
                                <w:sz w:val="317"/>
                                <w:szCs w:val="317"/>
                              </w:rPr>
                              <w:t xml:space="preserve">Questions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14813279</wp:posOffset>
                </wp:positionV>
                <wp:extent cx="7529741" cy="886968"/>
                <wp:effectExtent l="0" t="0" r="0" b="0"/>
                <wp:wrapNone/>
                <wp:docPr id="1727" name="Text 17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9741" cy="8869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55"/>
                                <w:szCs w:val="55"/>
                              </w:rPr>
                              <w:t xml:space="preserve">Hands-on stalls, rocket launches and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55"/>
                                <w:szCs w:val="55"/>
                              </w:rPr>
                              <w:t xml:space="preserve">a night-sky session.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15380208</wp:posOffset>
                </wp:positionV>
                <wp:extent cx="1321639" cy="201168"/>
                <wp:effectExtent l="0" t="0" r="0" b="0"/>
                <wp:wrapNone/>
                <wp:docPr id="1728" name="Text 17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1639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F3D29"/>
                                <w:spacing w:val="33"/>
                                <w:sz w:val="28"/>
                                <w:szCs w:val="28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11620938</wp:posOffset>
                </wp:positionH>
                <wp:positionV relativeFrom="page">
                  <wp:posOffset>15307056</wp:posOffset>
                </wp:positionV>
                <wp:extent cx="1637861" cy="292608"/>
                <wp:effectExtent l="0" t="0" r="0" b="0"/>
                <wp:wrapNone/>
                <wp:docPr id="1729" name="Text 17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861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D10"/>
                                <w:sz w:val="40"/>
                                <w:szCs w:val="40"/>
                              </w:rPr>
                              <w:t xml:space="preserve">22 Feb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16111727</wp:posOffset>
                </wp:positionV>
                <wp:extent cx="1580528" cy="201168"/>
                <wp:effectExtent l="0" t="0" r="0" b="0"/>
                <wp:wrapNone/>
                <wp:docPr id="1730" name="Text 17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0528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F3D29"/>
                                <w:spacing w:val="33"/>
                                <w:sz w:val="28"/>
                                <w:szCs w:val="28"/>
                              </w:rPr>
                              <w:t xml:space="preserve">STALLS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12147289</wp:posOffset>
                </wp:positionH>
                <wp:positionV relativeFrom="page">
                  <wp:posOffset>16038575</wp:posOffset>
                </wp:positionV>
                <wp:extent cx="1115314" cy="292608"/>
                <wp:effectExtent l="0" t="0" r="0" b="0"/>
                <wp:wrapNone/>
                <wp:docPr id="1731" name="Text 17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5314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D10"/>
                                <w:sz w:val="40"/>
                                <w:szCs w:val="40"/>
                              </w:rPr>
                              <w:t xml:space="preserve">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Big Questions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