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3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3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1225295</wp:posOffset>
                </wp:positionV>
                <wp:extent cx="3168053" cy="292608"/>
                <wp:effectExtent l="0" t="0" r="0" b="0"/>
                <wp:wrapNone/>
                <wp:docPr id="1733" name="Text 17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053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64"/>
                                <w:sz w:val="40"/>
                                <w:szCs w:val="40"/>
                              </w:rPr>
                              <w:t xml:space="preserve">INDIE MARKET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11440972</wp:posOffset>
                </wp:positionV>
                <wp:extent cx="6468094" cy="2633472"/>
                <wp:effectExtent l="0" t="0" r="0" b="0"/>
                <wp:wrapNone/>
                <wp:docPr id="1734" name="Text 17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8094" cy="2633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47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FFFFF"/>
                                <w:sz w:val="346"/>
                                <w:szCs w:val="346"/>
                              </w:rPr>
                              <w:t xml:space="preserve">SMALL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13459967</wp:posOffset>
                </wp:positionV>
                <wp:extent cx="6174243" cy="2633472"/>
                <wp:effectExtent l="0" t="0" r="0" b="0"/>
                <wp:wrapNone/>
                <wp:docPr id="1735" name="Text 17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243" cy="2633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47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FFFFF"/>
                                <w:sz w:val="346"/>
                                <w:szCs w:val="346"/>
                              </w:rPr>
                              <w:t xml:space="preserve">BATCH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15910560</wp:posOffset>
                </wp:positionV>
                <wp:extent cx="9256874" cy="932688"/>
                <wp:effectExtent l="0" t="0" r="0" b="0"/>
                <wp:wrapNone/>
                <wp:docPr id="1736" name="Text 17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6874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8"/>
                                <w:szCs w:val="58"/>
                              </w:rPr>
                              <w:t xml:space="preserve">Makers, bakers and printers under one roof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8"/>
                                <w:szCs w:val="58"/>
                              </w:rPr>
                              <w:t xml:space="preserve">for the weekend.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12058421</wp:posOffset>
                </wp:positionH>
                <wp:positionV relativeFrom="page">
                  <wp:posOffset>17318735</wp:posOffset>
                </wp:positionV>
                <wp:extent cx="1566138" cy="292608"/>
                <wp:effectExtent l="0" t="0" r="0" b="0"/>
                <wp:wrapNone/>
                <wp:docPr id="1737" name="Text 17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613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8"/>
                                <w:sz w:val="40"/>
                                <w:szCs w:val="40"/>
                              </w:rPr>
                              <w:t xml:space="preserve">11–9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Batch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