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73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73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2282118</wp:posOffset>
                </wp:positionH>
                <wp:positionV relativeFrom="page">
                  <wp:posOffset>2667724</wp:posOffset>
                </wp:positionV>
                <wp:extent cx="12275129" cy="10026611"/>
                <wp:effectExtent l="0" t="0" r="0" b="0"/>
                <wp:wrapNone/>
                <wp:docPr id="1739" name="Text 17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75129" cy="100266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578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0"/>
                                <w:sz w:val="75"/>
                                <w:szCs w:val="75"/>
                              </w:rPr>
                              <w:t xml:space="preserve">HOTTER CITIES  ✦  HOTTER CITIES  ✦  HOTTER CITIES  ✦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3888671</wp:posOffset>
                </wp:positionH>
                <wp:positionV relativeFrom="page">
                  <wp:posOffset>13591641</wp:posOffset>
                </wp:positionV>
                <wp:extent cx="6853056" cy="1993392"/>
                <wp:effectExtent l="0" t="0" r="0" b="0"/>
                <wp:wrapNone/>
                <wp:docPr id="1740" name="Text 17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3056" cy="19933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39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8F3F1"/>
                                <w:spacing w:val="-25"/>
                                <w:sz w:val="259"/>
                                <w:szCs w:val="259"/>
                              </w:rPr>
                              <w:t xml:space="preserve">Hotter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4186223</wp:posOffset>
                </wp:positionH>
                <wp:positionV relativeFrom="page">
                  <wp:posOffset>15105888</wp:posOffset>
                </wp:positionV>
                <wp:extent cx="6257953" cy="1993392"/>
                <wp:effectExtent l="0" t="0" r="0" b="0"/>
                <wp:wrapNone/>
                <wp:docPr id="1741" name="Text 17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53" cy="19933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39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E8F3F1"/>
                                <w:spacing w:val="-25"/>
                                <w:sz w:val="259"/>
                                <w:szCs w:val="259"/>
                              </w:rPr>
                              <w:t xml:space="preserve">Cities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1179433</wp:posOffset>
                </wp:positionH>
                <wp:positionV relativeFrom="page">
                  <wp:posOffset>17099280</wp:posOffset>
                </wp:positionV>
                <wp:extent cx="12271533" cy="923544"/>
                <wp:effectExtent l="0" t="0" r="0" b="0"/>
                <wp:wrapNone/>
                <wp:docPr id="1742" name="Text 17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71533" cy="9235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8F3F1"/>
                                <w:sz w:val="55"/>
                                <w:szCs w:val="55"/>
                              </w:rPr>
                              <w:t xml:space="preserve">Urban heat, trees and roofs — what each neighbourhood</w:t>
                            </w:r>
                          </w:p>
                          <w:p>
                            <w:pPr>
                              <w:spacing w:before="0" w:after="0" w:line="792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E8F3F1"/>
                                <w:sz w:val="55"/>
                                <w:szCs w:val="55"/>
                              </w:rPr>
                              <w:t xml:space="preserve">can do this summer.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Hotter Cities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