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4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4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3174411</wp:posOffset>
                </wp:positionH>
                <wp:positionV relativeFrom="page">
                  <wp:posOffset>12359030</wp:posOffset>
                </wp:positionV>
                <wp:extent cx="8358532" cy="2249424"/>
                <wp:effectExtent l="0" t="0" r="0" b="0"/>
                <wp:wrapNone/>
                <wp:docPr id="1744" name="Text 17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8532" cy="2249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4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7E7E1"/>
                                <w:spacing w:val="-106"/>
                                <w:sz w:val="317"/>
                                <w:szCs w:val="317"/>
                              </w:rPr>
                              <w:t xml:space="preserve">Mostly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4457882</wp:posOffset>
                </wp:positionH>
                <wp:positionV relativeFrom="page">
                  <wp:posOffset>14209775</wp:posOffset>
                </wp:positionV>
                <wp:extent cx="5736944" cy="2249424"/>
                <wp:effectExtent l="0" t="0" r="0" b="0"/>
                <wp:wrapNone/>
                <wp:docPr id="1745" name="Text 17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6944" cy="2249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4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7E7E1"/>
                                <w:spacing w:val="-118"/>
                                <w:sz w:val="317"/>
                                <w:szCs w:val="317"/>
                              </w:rPr>
                              <w:t xml:space="preserve">True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2529973</wp:posOffset>
                </wp:positionH>
                <wp:positionV relativeFrom="page">
                  <wp:posOffset>16550640</wp:posOffset>
                </wp:positionV>
                <wp:extent cx="9570453" cy="932688"/>
                <wp:effectExtent l="0" t="0" r="0" b="0"/>
                <wp:wrapNone/>
                <wp:docPr id="1746" name="Text 17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0453" cy="932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7E7E1"/>
                                <w:sz w:val="58"/>
                                <w:szCs w:val="58"/>
                              </w:rPr>
                              <w:t xml:space="preserve">New stand-up hours from three comics trying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7E7E1"/>
                                <w:sz w:val="58"/>
                                <w:szCs w:val="58"/>
                              </w:rPr>
                              <w:t xml:space="preserve">out fresh material.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1966760" cy="292608"/>
                <wp:effectExtent l="0" t="0" r="0" b="0"/>
                <wp:wrapNone/>
                <wp:docPr id="1747" name="Text 17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6760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7E7E1"/>
                                <w:spacing w:val="53"/>
                                <w:sz w:val="40"/>
                                <w:szCs w:val="40"/>
                              </w:rPr>
                              <w:t xml:space="preserve">COMEDY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12037847</wp:posOffset>
                </wp:positionH>
                <wp:positionV relativeFrom="page">
                  <wp:posOffset>1042416</wp:posOffset>
                </wp:positionV>
                <wp:extent cx="1586712" cy="292608"/>
                <wp:effectExtent l="0" t="0" r="0" b="0"/>
                <wp:wrapNone/>
                <wp:docPr id="1748" name="Text 17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6712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7E7E1"/>
                                <w:spacing w:val="56"/>
                                <w:sz w:val="40"/>
                                <w:szCs w:val="40"/>
                              </w:rPr>
                              <w:t xml:space="preserve">9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4304766</wp:posOffset>
                </wp:positionH>
                <wp:positionV relativeFrom="page">
                  <wp:posOffset>17337024</wp:posOffset>
                </wp:positionV>
                <wp:extent cx="6020866" cy="274320"/>
                <wp:effectExtent l="0" t="0" r="0" b="0"/>
                <wp:wrapNone/>
                <wp:docPr id="1749" name="Text 17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0866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7E7E1"/>
                                <w:spacing w:val="74"/>
                                <w:sz w:val="37"/>
                                <w:szCs w:val="37"/>
                              </w:rPr>
                              <w:t xml:space="preserve">THE BASEMENT · BENGALURU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Mostly True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