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5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5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73152</wp:posOffset>
                </wp:positionH>
                <wp:positionV relativeFrom="page">
                  <wp:posOffset>8891625</wp:posOffset>
                </wp:positionV>
                <wp:extent cx="14484096" cy="4242816"/>
                <wp:effectExtent l="0" t="0" r="0" b="0"/>
                <wp:wrapNone/>
                <wp:docPr id="1751" name="Text 17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096" cy="4242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81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AF0"/>
                                <w:spacing w:val="604"/>
                                <w:sz w:val="547"/>
                                <w:szCs w:val="547"/>
                              </w:rPr>
                              <w:t xml:space="preserve">FIRST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2346807" cy="292608"/>
                <wp:effectExtent l="0" t="0" r="0" b="0"/>
                <wp:wrapNone/>
                <wp:docPr id="1752" name="Text 17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807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D10"/>
                                <w:spacing w:val="56"/>
                                <w:sz w:val="40"/>
                                <w:szCs w:val="40"/>
                              </w:rPr>
                              <w:t xml:space="preserve">RUN CLUB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15197327</wp:posOffset>
                </wp:positionV>
                <wp:extent cx="2412872" cy="676656"/>
                <wp:effectExtent l="0" t="0" r="0" b="0"/>
                <wp:wrapNone/>
                <wp:docPr id="1753" name="Text 17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2872" cy="6766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6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z w:val="86"/>
                                <w:szCs w:val="86"/>
                              </w:rPr>
                              <w:t xml:space="preserve">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9857232</wp:posOffset>
                </wp:positionH>
                <wp:positionV relativeFrom="page">
                  <wp:posOffset>15544800</wp:posOffset>
                </wp:positionV>
                <wp:extent cx="1778107" cy="219456"/>
                <wp:effectExtent l="0" t="0" r="0" b="0"/>
                <wp:wrapNone/>
                <wp:docPr id="1754" name="Text 17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107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F3D29"/>
                                <w:spacing w:val="36"/>
                                <w:sz w:val="30"/>
                                <w:szCs w:val="30"/>
                              </w:rPr>
                              <w:t xml:space="preserve">SUNDAYS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12077223</wp:posOffset>
                </wp:positionH>
                <wp:positionV relativeFrom="page">
                  <wp:posOffset>15453360</wp:posOffset>
                </wp:positionV>
                <wp:extent cx="1547336" cy="347472"/>
                <wp:effectExtent l="0" t="0" r="0" b="0"/>
                <wp:wrapNone/>
                <wp:docPr id="1755" name="Text 17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7336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z w:val="43"/>
                                <w:szCs w:val="43"/>
                              </w:rPr>
                              <w:t xml:space="preserve">6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9857232</wp:posOffset>
                </wp:positionH>
                <wp:positionV relativeFrom="page">
                  <wp:posOffset>16349471</wp:posOffset>
                </wp:positionV>
                <wp:extent cx="1500930" cy="219456"/>
                <wp:effectExtent l="0" t="0" r="0" b="0"/>
                <wp:wrapNone/>
                <wp:docPr id="1756" name="Text 17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93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F3D29"/>
                                <w:spacing w:val="36"/>
                                <w:sz w:val="30"/>
                                <w:szCs w:val="30"/>
                              </w:rPr>
                              <w:t xml:space="preserve">ROUTE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12432125</wp:posOffset>
                </wp:positionH>
                <wp:positionV relativeFrom="page">
                  <wp:posOffset>16258031</wp:posOffset>
                </wp:positionV>
                <wp:extent cx="1211764" cy="347472"/>
                <wp:effectExtent l="0" t="0" r="0" b="0"/>
                <wp:wrapNone/>
                <wp:docPr id="1757" name="Text 17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764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z w:val="43"/>
                                <w:szCs w:val="43"/>
                              </w:rPr>
                              <w:t xml:space="preserve">5K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Light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