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0" w:lineRule="exact"/>
      </w:pPr>
      <w:r xmlns:a="http://schemas.openxmlformats.org/drawingml/2006/main" xmlns:pic="http://schemas.openxmlformats.org/drawingml/2006/picture">
        <w:drawing>
          <wp:anchor distT="0" distB="0" distL="0" distR="0" simplePos="0" relativeHeight="1" behindDoc="1" locked="1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4688921" cy="18361152"/>
            <wp:effectExtent l="0" t="0" r="0" b="0"/>
            <wp:wrapNone/>
            <wp:docPr id="1758" name="Background artwork" descr="Decorative background artwork (no text)"/>
            <wp:cNvGraphicFramePr/>
            <a:graphic>
              <a:graphicData uri="http://schemas.openxmlformats.org/drawingml/2006/picture">
                <pic:pic>
                  <pic:nvPicPr>
                    <pic:cNvPr id="1758" name="Background artwork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688921" cy="1836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0" behindDoc="0" locked="0" layoutInCell="1" allowOverlap="1">
                <wp:simplePos x="0" y="0"/>
                <wp:positionH relativeFrom="page">
                  <wp:posOffset>5224067</wp:posOffset>
                </wp:positionH>
                <wp:positionV relativeFrom="page">
                  <wp:posOffset>2487168</wp:posOffset>
                </wp:positionV>
                <wp:extent cx="4182265" cy="329184"/>
                <wp:effectExtent l="0" t="0" r="0" b="0"/>
                <wp:wrapNone/>
                <wp:docPr id="1759" name="Text 1759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82265" cy="329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518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b/>
                                <w:bCs/>
                                <w:color w:val="E30613"/>
                                <w:spacing w:val="172"/>
                                <w:sz w:val="43"/>
                                <w:szCs w:val="43"/>
                              </w:rPr>
                              <w:t xml:space="preserve">BOOK LAUNCH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1" behindDoc="0" locked="0" layoutInCell="1" allowOverlap="1">
                <wp:simplePos x="0" y="0"/>
                <wp:positionH relativeFrom="page">
                  <wp:posOffset>3736352</wp:posOffset>
                </wp:positionH>
                <wp:positionV relativeFrom="page">
                  <wp:posOffset>8460028</wp:posOffset>
                </wp:positionV>
                <wp:extent cx="7157694" cy="2651760"/>
                <wp:effectExtent l="0" t="0" r="0" b="0"/>
                <wp:wrapNone/>
                <wp:docPr id="1760" name="Text 1760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57694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11111"/>
                                <w:sz w:val="346"/>
                                <w:szCs w:val="346"/>
                              </w:rPr>
                              <w:t xml:space="preserve">Quiet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2" behindDoc="0" locked="0" layoutInCell="1" allowOverlap="1">
                <wp:simplePos x="0" y="0"/>
                <wp:positionH relativeFrom="page">
                  <wp:posOffset>3114503</wp:posOffset>
                </wp:positionH>
                <wp:positionV relativeFrom="page">
                  <wp:posOffset>10479024</wp:posOffset>
                </wp:positionV>
                <wp:extent cx="8401392" cy="2651760"/>
                <wp:effectExtent l="0" t="0" r="0" b="0"/>
                <wp:wrapNone/>
                <wp:docPr id="1761" name="Text 1761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01392" cy="2651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4176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11111"/>
                                <w:sz w:val="346"/>
                                <w:szCs w:val="346"/>
                              </w:rPr>
                              <w:t xml:space="preserve">Rooms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3" behindDoc="0" locked="0" layoutInCell="1" allowOverlap="1">
                <wp:simplePos x="0" y="0"/>
                <wp:positionH relativeFrom="page">
                  <wp:posOffset>2149956</wp:posOffset>
                </wp:positionH>
                <wp:positionV relativeFrom="page">
                  <wp:posOffset>13240512</wp:posOffset>
                </wp:positionV>
                <wp:extent cx="10359812" cy="1068019"/>
                <wp:effectExtent l="0" t="0" r="0" b="0"/>
                <wp:wrapNone/>
                <wp:docPr id="1762" name="Text 1762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59812" cy="106801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720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11111"/>
                                <w:sz w:val="66"/>
                                <w:szCs w:val="66"/>
                              </w:rPr>
                              <w:t xml:space="preserve">A reading and conversation with the author of</w:t>
                            </w:r>
                          </w:p>
                          <w:p>
                            <w:pPr>
                              <w:spacing w:before="0" w:after="0" w:line="961" w:lineRule="exact"/>
                              <w:jc w:val="center"/>
                            </w:pPr>
                            <w:r>
                              <w:rPr>
                                <w:rFonts w:ascii="Georgia" w:hAnsi="Georgia" w:cs="Georgia" w:eastAsia="Georgia"/>
                                <w:i/>
                                <w:iCs/>
                                <w:color w:val="111111"/>
                                <w:sz w:val="66"/>
                                <w:szCs w:val="66"/>
                              </w:rPr>
                              <w:t xml:space="preserve">a new short-story collection.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  <w:r xmlns:a="http://schemas.openxmlformats.org/drawingml/2006/main" xmlns:pic="http://schemas.openxmlformats.org/drawingml/2006/picture">
        <mc:AlternateContent>
          <mc:Choice Requires="wps">
            <w:drawing>
              <wp:anchor distT="0" distB="0" distL="0" distR="0" simplePos="0" relativeHeight="14" behindDoc="0" locked="0" layoutInCell="1" allowOverlap="1">
                <wp:simplePos x="0" y="0"/>
                <wp:positionH relativeFrom="page">
                  <wp:posOffset>6216434</wp:posOffset>
                </wp:positionH>
                <wp:positionV relativeFrom="page">
                  <wp:posOffset>14703552</wp:posOffset>
                </wp:positionV>
                <wp:extent cx="2197531" cy="1627632"/>
                <wp:effectExtent l="0" t="0" r="0" b="0"/>
                <wp:wrapNone/>
                <wp:docPr id="1763" name="Text 1763"/>
                <wp:cNvGraphicFramePr/>
                <a:graphic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7531" cy="162763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spacing w:before="0" w:after="0" w:line="604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11111"/>
                                <w:spacing w:val="88"/>
                                <w:sz w:val="49"/>
                                <w:szCs w:val="49"/>
                              </w:rPr>
                              <w:t xml:space="preserve">6:30 PM</w:t>
                            </w:r>
                          </w:p>
                          <w:p>
                            <w:pPr>
                              <w:spacing w:before="0" w:after="0" w:line="97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11111"/>
                                <w:spacing w:val="85"/>
                                <w:sz w:val="49"/>
                                <w:szCs w:val="49"/>
                              </w:rPr>
                              <w:t xml:space="preserve">AFTER</w:t>
                            </w:r>
                          </w:p>
                          <w:p>
                            <w:pPr>
                              <w:spacing w:before="0" w:after="0" w:line="979" w:lineRule="exact"/>
                              <w:jc w:val="center"/>
                            </w:pPr>
                            <w:r>
                              <w:rPr>
                                <w:rFonts w:ascii="Cormorant Garamond" w:hAnsi="Cormorant Garamond" w:cs="Cormorant Garamond" w:eastAsia="Cormorant Garamond"/>
                                <w:color w:val="111111"/>
                                <w:spacing w:val="84"/>
                                <w:sz w:val="49"/>
                                <w:szCs w:val="49"/>
                              </w:rPr>
                              <w:t xml:space="preserve">ENTRY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</mc:AlternateContent>
      </w:r>
    </w:p>
    <w:sectPr w:rsidR="00FC693F" w:rsidRPr="0006063C" w:rsidSect="00034616">
      <w:pgSz w:w="23040" w:h="28800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Quiet Rooms</dc:title>
  <dc:subject/>
  <dc:creator>Morphiq</dc:creator>
  <cp:keywords/>
  <dc:description>Morphiq template. All text is live and editable; the artwork is a background picture.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