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6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6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2630414</wp:posOffset>
                </wp:positionH>
                <wp:positionV relativeFrom="page">
                  <wp:posOffset>14154912</wp:posOffset>
                </wp:positionV>
                <wp:extent cx="9369571" cy="886968"/>
                <wp:effectExtent l="0" t="0" r="0" b="0"/>
                <wp:wrapNone/>
                <wp:docPr id="1765" name="Text 17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9571" cy="88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55"/>
                                <w:szCs w:val="55"/>
                              </w:rPr>
                              <w:t xml:space="preserve">Seventies Bollywood, mirror balls and a dance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55"/>
                                <w:szCs w:val="55"/>
                              </w:rPr>
                              <w:t xml:space="preserve">floor that never empties.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5271058</wp:posOffset>
                </wp:positionH>
                <wp:positionV relativeFrom="page">
                  <wp:posOffset>15837408</wp:posOffset>
                </wp:positionV>
                <wp:extent cx="4088282" cy="329184"/>
                <wp:effectExtent l="0" t="0" r="0" b="0"/>
                <wp:wrapNone/>
                <wp:docPr id="1766" name="Text 17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282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E7A52"/>
                                <w:spacing w:val="34"/>
                                <w:sz w:val="43"/>
                                <w:szCs w:val="43"/>
                              </w:rPr>
                              <w:t xml:space="preserve">9 PM  /  2  /  RETRO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 Dhaba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