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1767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767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73152</wp:posOffset>
                </wp:positionH>
                <wp:positionV relativeFrom="page">
                  <wp:posOffset>-109728</wp:posOffset>
                </wp:positionV>
                <wp:extent cx="14484096" cy="4645152"/>
                <wp:effectExtent l="0" t="0" r="0" b="0"/>
                <wp:wrapNone/>
                <wp:docPr id="1768" name="Text 176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84096" cy="46451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315" w:lineRule="exact"/>
                              <w:jc w:val="center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F1ECD9"/>
                                <w:spacing w:val="107"/>
                                <w:sz w:val="547"/>
                                <w:szCs w:val="547"/>
                              </w:rPr>
                              <w:t xml:space="preserve">SCENE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4023360</wp:posOffset>
                </wp:positionV>
                <wp:extent cx="2346750" cy="274320"/>
                <wp:effectExtent l="0" t="0" r="0" b="0"/>
                <wp:wrapNone/>
                <wp:docPr id="1769" name="Text 176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675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1ECD9"/>
                                <w:spacing w:val="74"/>
                                <w:sz w:val="37"/>
                                <w:szCs w:val="37"/>
                              </w:rPr>
                              <w:t xml:space="preserve">ISSUE 07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11468404</wp:posOffset>
                </wp:positionH>
                <wp:positionV relativeFrom="page">
                  <wp:posOffset>4023360</wp:posOffset>
                </wp:positionV>
                <wp:extent cx="2156155" cy="274320"/>
                <wp:effectExtent l="0" t="0" r="0" b="0"/>
                <wp:wrapNone/>
                <wp:docPr id="1770" name="Text 177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615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1ECD9"/>
                                <w:spacing w:val="74"/>
                                <w:sz w:val="37"/>
                                <w:szCs w:val="37"/>
                              </w:rPr>
                              <w:t xml:space="preserve">8–9 FEB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12351715</wp:posOffset>
                </wp:positionV>
                <wp:extent cx="5699083" cy="1956815"/>
                <wp:effectExtent l="0" t="0" r="0" b="0"/>
                <wp:wrapNone/>
                <wp:docPr id="1771" name="Text 177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9083" cy="1956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81" w:lineRule="exact"/>
                              <w:jc w:val="left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F1ECD9"/>
                                <w:spacing w:val="-46"/>
                                <w:sz w:val="230"/>
                                <w:szCs w:val="230"/>
                              </w:rPr>
                              <w:t xml:space="preserve">Indigo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13697712</wp:posOffset>
                </wp:positionV>
                <wp:extent cx="4401893" cy="1956815"/>
                <wp:effectExtent l="0" t="0" r="0" b="0"/>
                <wp:wrapNone/>
                <wp:docPr id="1772" name="Text 177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1893" cy="1956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81" w:lineRule="exact"/>
                              <w:jc w:val="left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F1ECD9"/>
                                <w:spacing w:val="-46"/>
                                <w:sz w:val="230"/>
                                <w:szCs w:val="230"/>
                              </w:rPr>
                              <w:t xml:space="preserve">Days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15617952</wp:posOffset>
                </wp:positionV>
                <wp:extent cx="6517185" cy="843076"/>
                <wp:effectExtent l="0" t="0" r="0" b="0"/>
                <wp:wrapNone/>
                <wp:docPr id="1773" name="Text 177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7185" cy="8430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7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1ECD9"/>
                                <w:sz w:val="52"/>
                                <w:szCs w:val="52"/>
                              </w:rPr>
                              <w:t xml:space="preserve">Learn shibori and indigo dyeing in</w:t>
                            </w:r>
                          </w:p>
                          <w:p>
                            <w:pPr>
                              <w:spacing w:before="0" w:after="0" w:line="751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1ECD9"/>
                                <w:sz w:val="52"/>
                                <w:szCs w:val="52"/>
                              </w:rPr>
                              <w:t xml:space="preserve">a two-day hands-on workshop.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11994527</wp:posOffset>
                </wp:positionH>
                <wp:positionV relativeFrom="page">
                  <wp:posOffset>5285232</wp:posOffset>
                </wp:positionV>
                <wp:extent cx="1630032" cy="256032"/>
                <wp:effectExtent l="0" t="0" r="0" b="0"/>
                <wp:wrapNone/>
                <wp:docPr id="1774" name="Text 177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0032" cy="2560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03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E5C96B"/>
                                <w:spacing w:val="48"/>
                                <w:sz w:val="35"/>
                                <w:szCs w:val="35"/>
                              </w:rPr>
                              <w:t xml:space="preserve">DATES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11402853</wp:posOffset>
                </wp:positionH>
                <wp:positionV relativeFrom="page">
                  <wp:posOffset>5632704</wp:posOffset>
                </wp:positionV>
                <wp:extent cx="2221706" cy="402336"/>
                <wp:effectExtent l="0" t="0" r="0" b="0"/>
                <wp:wrapNone/>
                <wp:docPr id="1775" name="Text 177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1706" cy="4023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33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1ECD9"/>
                                <w:sz w:val="58"/>
                                <w:szCs w:val="58"/>
                              </w:rPr>
                              <w:t xml:space="preserve">8–9 Feb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11994527</wp:posOffset>
                </wp:positionH>
                <wp:positionV relativeFrom="page">
                  <wp:posOffset>6931152</wp:posOffset>
                </wp:positionV>
                <wp:extent cx="1630032" cy="256032"/>
                <wp:effectExtent l="0" t="0" r="0" b="0"/>
                <wp:wrapNone/>
                <wp:docPr id="1776" name="Text 177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0032" cy="2560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03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E5C96B"/>
                                <w:spacing w:val="48"/>
                                <w:sz w:val="35"/>
                                <w:szCs w:val="35"/>
                              </w:rPr>
                              <w:t xml:space="preserve">SEATS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12358116</wp:posOffset>
                </wp:positionH>
                <wp:positionV relativeFrom="page">
                  <wp:posOffset>7278624</wp:posOffset>
                </wp:positionV>
                <wp:extent cx="1266444" cy="402336"/>
                <wp:effectExtent l="0" t="0" r="0" b="0"/>
                <wp:wrapNone/>
                <wp:docPr id="1777" name="Text 177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444" cy="4023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33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1ECD9"/>
                                <w:sz w:val="58"/>
                                <w:szCs w:val="58"/>
                              </w:rPr>
                              <w:t xml:space="preserve">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12320282</wp:posOffset>
                </wp:positionH>
                <wp:positionV relativeFrom="page">
                  <wp:posOffset>8577072</wp:posOffset>
                </wp:positionV>
                <wp:extent cx="1304277" cy="256032"/>
                <wp:effectExtent l="0" t="0" r="0" b="0"/>
                <wp:wrapNone/>
                <wp:docPr id="1778" name="Text 177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277" cy="2560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03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E5C96B"/>
                                <w:spacing w:val="48"/>
                                <w:sz w:val="35"/>
                                <w:szCs w:val="35"/>
                              </w:rPr>
                              <w:t xml:space="preserve">FEE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11640597</wp:posOffset>
                </wp:positionH>
                <wp:positionV relativeFrom="page">
                  <wp:posOffset>8924544</wp:posOffset>
                </wp:positionV>
                <wp:extent cx="1983962" cy="402336"/>
                <wp:effectExtent l="0" t="0" r="0" b="0"/>
                <wp:wrapNone/>
                <wp:docPr id="1779" name="Text 177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3962" cy="4023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33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1ECD9"/>
                                <w:sz w:val="58"/>
                                <w:szCs w:val="58"/>
                              </w:rPr>
                              <w:t xml:space="preserve">₹3,500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Indigo Days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