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8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8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9809683</wp:posOffset>
                </wp:positionV>
                <wp:extent cx="6406710" cy="2999232"/>
                <wp:effectExtent l="0" t="0" r="0" b="0"/>
                <wp:wrapNone/>
                <wp:docPr id="1781" name="Text 17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6710" cy="2999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23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z w:val="374"/>
                                <w:szCs w:val="374"/>
                              </w:rPr>
                              <w:t xml:space="preserve">Build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11996928</wp:posOffset>
                </wp:positionV>
                <wp:extent cx="10394632" cy="2999232"/>
                <wp:effectExtent l="0" t="0" r="0" b="0"/>
                <wp:wrapNone/>
                <wp:docPr id="1782" name="Text 17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632" cy="2999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23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E8F3F1"/>
                                <w:sz w:val="374"/>
                                <w:szCs w:val="374"/>
                              </w:rPr>
                              <w:t xml:space="preserve">Weekend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713232</wp:posOffset>
                </wp:positionH>
                <wp:positionV relativeFrom="page">
                  <wp:posOffset>14794992</wp:posOffset>
                </wp:positionV>
                <wp:extent cx="8242515" cy="932688"/>
                <wp:effectExtent l="0" t="0" r="0" b="0"/>
                <wp:wrapNone/>
                <wp:docPr id="1783" name="Text 17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515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8"/>
                                <w:szCs w:val="58"/>
                              </w:rPr>
                              <w:t xml:space="preserve">48 hours, mentors on call, and a demo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E8F3F1"/>
                                <w:sz w:val="58"/>
                                <w:szCs w:val="58"/>
                              </w:rPr>
                              <w:t xml:space="preserve">stage on Sunday evening.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15179040</wp:posOffset>
                </wp:positionV>
                <wp:extent cx="1639519" cy="219456"/>
                <wp:effectExtent l="0" t="0" r="0" b="0"/>
                <wp:wrapNone/>
                <wp:docPr id="1784" name="Text 17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51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36"/>
                                <w:sz w:val="30"/>
                                <w:szCs w:val="30"/>
                              </w:rPr>
                              <w:t xml:space="preserve">STARTS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12017787</wp:posOffset>
                </wp:positionH>
                <wp:positionV relativeFrom="page">
                  <wp:posOffset>15105888</wp:posOffset>
                </wp:positionV>
                <wp:extent cx="1899380" cy="310896"/>
                <wp:effectExtent l="0" t="0" r="0" b="0"/>
                <wp:wrapNone/>
                <wp:docPr id="1785" name="Text 17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9380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3"/>
                                <w:szCs w:val="43"/>
                              </w:rPr>
                              <w:t xml:space="preserve">Fri 6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15910560</wp:posOffset>
                </wp:positionV>
                <wp:extent cx="1500930" cy="219456"/>
                <wp:effectExtent l="0" t="0" r="0" b="0"/>
                <wp:wrapNone/>
                <wp:docPr id="1786" name="Text 17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36"/>
                                <w:sz w:val="30"/>
                                <w:szCs w:val="30"/>
                              </w:rPr>
                              <w:t xml:space="preserve">TEAMS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12779883</wp:posOffset>
                </wp:positionH>
                <wp:positionV relativeFrom="page">
                  <wp:posOffset>15837408</wp:posOffset>
                </wp:positionV>
                <wp:extent cx="1137285" cy="310896"/>
                <wp:effectExtent l="0" t="0" r="0" b="0"/>
                <wp:wrapNone/>
                <wp:docPr id="1787" name="Text 17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3"/>
                                <w:szCs w:val="43"/>
                              </w:rPr>
                              <w:t xml:space="preserve"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9125712</wp:posOffset>
                </wp:positionH>
                <wp:positionV relativeFrom="page">
                  <wp:posOffset>16642079</wp:posOffset>
                </wp:positionV>
                <wp:extent cx="1500930" cy="219456"/>
                <wp:effectExtent l="0" t="0" r="0" b="0"/>
                <wp:wrapNone/>
                <wp:docPr id="1788" name="Text 17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82A9B0"/>
                                <w:spacing w:val="36"/>
                                <w:sz w:val="30"/>
                                <w:szCs w:val="30"/>
                              </w:rPr>
                              <w:t xml:space="preserve">PRIZE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11758898</wp:posOffset>
                </wp:positionH>
                <wp:positionV relativeFrom="page">
                  <wp:posOffset>16568927</wp:posOffset>
                </wp:positionV>
                <wp:extent cx="2158269" cy="310896"/>
                <wp:effectExtent l="0" t="0" r="0" b="0"/>
                <wp:wrapNone/>
                <wp:docPr id="1789" name="Text 17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269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3"/>
                                <w:szCs w:val="43"/>
                              </w:rPr>
                              <w:t xml:space="preserve">Demo slot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Weekend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