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9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9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5871619</wp:posOffset>
                </wp:positionH>
                <wp:positionV relativeFrom="page">
                  <wp:posOffset>530352</wp:posOffset>
                </wp:positionV>
                <wp:extent cx="2887160" cy="292608"/>
                <wp:effectExtent l="0" t="0" r="0" b="0"/>
                <wp:wrapNone/>
                <wp:docPr id="1791" name="Text 17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16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19"/>
                                <w:sz w:val="40"/>
                                <w:szCs w:val="40"/>
                              </w:rPr>
                              <w:t xml:space="preserve">FOOD WALK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4274348</wp:posOffset>
                </wp:positionH>
                <wp:positionV relativeFrom="page">
                  <wp:posOffset>17593056</wp:posOffset>
                </wp:positionV>
                <wp:extent cx="6081702" cy="292608"/>
                <wp:effectExtent l="0" t="0" r="0" b="0"/>
                <wp:wrapNone/>
                <wp:docPr id="1792" name="Text 17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702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20"/>
                                <w:sz w:val="40"/>
                                <w:szCs w:val="40"/>
                              </w:rPr>
                              <w:t xml:space="preserve">OLD CITY · HYDERABAD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131030</wp:posOffset>
                </wp:positionH>
                <wp:positionV relativeFrom="page">
                  <wp:posOffset>3346704</wp:posOffset>
                </wp:positionV>
                <wp:extent cx="14426217" cy="3054096"/>
                <wp:effectExtent l="0" t="0" r="0" b="0"/>
                <wp:wrapNone/>
                <wp:docPr id="1793" name="Text 17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6217" cy="3054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09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10"/>
                                <w:sz w:val="432"/>
                                <w:szCs w:val="432"/>
                              </w:rPr>
                              <w:t xml:space="preserve">Midnight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3677831</wp:posOffset>
                </wp:positionH>
                <wp:positionV relativeFrom="page">
                  <wp:posOffset>5870448</wp:posOffset>
                </wp:positionV>
                <wp:extent cx="7274737" cy="3035808"/>
                <wp:effectExtent l="0" t="0" r="0" b="0"/>
                <wp:wrapNone/>
                <wp:docPr id="1794" name="Text 17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4737" cy="3035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8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-86"/>
                                <w:sz w:val="432"/>
                                <w:szCs w:val="432"/>
                              </w:rPr>
                              <w:t xml:space="preserve">Eats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3362677</wp:posOffset>
                </wp:positionH>
                <wp:positionV relativeFrom="page">
                  <wp:posOffset>8887967</wp:posOffset>
                </wp:positionV>
                <wp:extent cx="7905045" cy="978407"/>
                <wp:effectExtent l="0" t="0" r="0" b="0"/>
                <wp:wrapNone/>
                <wp:docPr id="1795" name="Text 17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045" cy="978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60"/>
                                <w:szCs w:val="60"/>
                              </w:rPr>
                              <w:t xml:space="preserve">A guided walk through the old city’s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60"/>
                                <w:szCs w:val="60"/>
                              </w:rPr>
                              <w:t xml:space="preserve">late-night kitchens.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6147596</wp:posOffset>
                </wp:positionH>
                <wp:positionV relativeFrom="page">
                  <wp:posOffset>16203167</wp:posOffset>
                </wp:positionV>
                <wp:extent cx="2335206" cy="310896"/>
                <wp:effectExtent l="0" t="0" r="0" b="0"/>
                <wp:wrapNone/>
                <wp:docPr id="1796" name="Text 17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5206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pacing w:val="37"/>
                                <w:sz w:val="46"/>
                                <w:szCs w:val="46"/>
                              </w:rPr>
                              <w:t xml:space="preserve">11 PM  · 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Midnight Eats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