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9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9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1609344</wp:posOffset>
                </wp:positionV>
                <wp:extent cx="2585351" cy="274320"/>
                <wp:effectExtent l="0" t="0" r="0" b="0"/>
                <wp:wrapNone/>
                <wp:docPr id="1798" name="Text 17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35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51"/>
                                <w:sz w:val="37"/>
                                <w:szCs w:val="37"/>
                              </w:rPr>
                              <w:t xml:space="preserve">SPACE WEEK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9046187</wp:posOffset>
                </wp:positionH>
                <wp:positionV relativeFrom="page">
                  <wp:posOffset>1609344</wp:posOffset>
                </wp:positionV>
                <wp:extent cx="4212612" cy="274320"/>
                <wp:effectExtent l="0" t="0" r="0" b="0"/>
                <wp:wrapNone/>
                <wp:docPr id="1799" name="Text 17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261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7"/>
                                <w:sz w:val="37"/>
                                <w:szCs w:val="37"/>
                              </w:rPr>
                              <w:t xml:space="preserve">N 28.61° / E 77.20°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10365638</wp:posOffset>
                </wp:positionV>
                <wp:extent cx="6269158" cy="2688335"/>
                <wp:effectExtent l="0" t="0" r="0" b="0"/>
                <wp:wrapNone/>
                <wp:docPr id="1800" name="Text 18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9158" cy="268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3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11111"/>
                                <w:spacing w:val="-51"/>
                                <w:sz w:val="317"/>
                                <w:szCs w:val="317"/>
                              </w:rPr>
                              <w:t xml:space="preserve">Look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12216384</wp:posOffset>
                </wp:positionV>
                <wp:extent cx="3781615" cy="2688335"/>
                <wp:effectExtent l="0" t="0" r="0" b="0"/>
                <wp:wrapNone/>
                <wp:docPr id="1801" name="Text 18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615" cy="268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3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111111"/>
                                <w:spacing w:val="-63"/>
                                <w:sz w:val="317"/>
                                <w:szCs w:val="317"/>
                              </w:rPr>
                              <w:t xml:space="preserve">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14831567</wp:posOffset>
                </wp:positionV>
                <wp:extent cx="10818209" cy="365759"/>
                <wp:effectExtent l="0" t="0" r="0" b="0"/>
                <wp:wrapNone/>
                <wp:docPr id="1802" name="Text 18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8209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z w:val="49"/>
                                <w:szCs w:val="49"/>
                              </w:rPr>
                              <w:t xml:space="preserve">Telescopes on the lawn, talks on moons and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15910560</wp:posOffset>
                </wp:positionV>
                <wp:extent cx="1522578" cy="237744"/>
                <wp:effectExtent l="0" t="0" r="0" b="0"/>
                <wp:wrapNone/>
                <wp:docPr id="1803" name="Text 18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578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C6862"/>
                                <w:spacing w:val="37"/>
                                <w:sz w:val="31"/>
                                <w:szCs w:val="31"/>
                              </w:rPr>
                              <w:t xml:space="preserve">DATES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16248888</wp:posOffset>
                </wp:positionV>
                <wp:extent cx="2153412" cy="329184"/>
                <wp:effectExtent l="0" t="0" r="0" b="0"/>
                <wp:wrapNone/>
                <wp:docPr id="1804" name="Text 18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3412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4–10 Oct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15910560</wp:posOffset>
                </wp:positionV>
                <wp:extent cx="1522578" cy="237744"/>
                <wp:effectExtent l="0" t="0" r="0" b="0"/>
                <wp:wrapNone/>
                <wp:docPr id="1805" name="Text 18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578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C6862"/>
                                <w:spacing w:val="37"/>
                                <w:sz w:val="31"/>
                                <w:szCs w:val="31"/>
                              </w:rPr>
                              <w:t xml:space="preserve">SHOWS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5212080</wp:posOffset>
                </wp:positionH>
                <wp:positionV relativeFrom="page">
                  <wp:posOffset>16248888</wp:posOffset>
                </wp:positionV>
                <wp:extent cx="1162431" cy="329184"/>
                <wp:effectExtent l="0" t="0" r="0" b="0"/>
                <wp:wrapNone/>
                <wp:docPr id="1806" name="Text 18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431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15910560</wp:posOffset>
                </wp:positionV>
                <wp:extent cx="1379703" cy="237744"/>
                <wp:effectExtent l="0" t="0" r="0" b="0"/>
                <wp:wrapNone/>
                <wp:docPr id="1807" name="Text 18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703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C6862"/>
                                <w:spacing w:val="37"/>
                                <w:sz w:val="31"/>
                                <w:szCs w:val="31"/>
                              </w:rPr>
                              <w:t xml:space="preserve">AGES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9418320</wp:posOffset>
                </wp:positionH>
                <wp:positionV relativeFrom="page">
                  <wp:posOffset>16248888</wp:posOffset>
                </wp:positionV>
                <wp:extent cx="1327594" cy="329184"/>
                <wp:effectExtent l="0" t="0" r="0" b="0"/>
                <wp:wrapNone/>
                <wp:docPr id="1808" name="Text 18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594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3"/>
                                <w:szCs w:val="43"/>
                              </w:rPr>
                              <w:t xml:space="preserve">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 Up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