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80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80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877824</wp:posOffset>
                </wp:positionV>
                <wp:extent cx="2585351" cy="274320"/>
                <wp:effectExtent l="0" t="0" r="0" b="0"/>
                <wp:wrapNone/>
                <wp:docPr id="1810" name="Text 18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5351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2B22"/>
                                <w:spacing w:val="51"/>
                                <w:sz w:val="37"/>
                                <w:szCs w:val="37"/>
                              </w:rPr>
                              <w:t xml:space="preserve">VINYL FAIR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12097626</wp:posOffset>
                </wp:positionH>
                <wp:positionV relativeFrom="page">
                  <wp:posOffset>877824</wp:posOffset>
                </wp:positionV>
                <wp:extent cx="1526933" cy="274320"/>
                <wp:effectExtent l="0" t="0" r="0" b="0"/>
                <wp:wrapNone/>
                <wp:docPr id="1811" name="Text 18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6933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2B22"/>
                                <w:spacing w:val="51"/>
                                <w:sz w:val="37"/>
                                <w:szCs w:val="37"/>
                              </w:rPr>
                              <w:t xml:space="preserve">10–6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5497906</wp:posOffset>
                </wp:positionH>
                <wp:positionV relativeFrom="page">
                  <wp:posOffset>13147243</wp:posOffset>
                </wp:positionV>
                <wp:extent cx="3708089" cy="2103120"/>
                <wp:effectExtent l="0" t="0" r="0" b="0"/>
                <wp:wrapNone/>
                <wp:docPr id="1812" name="Text 18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8089" cy="210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2" w:lineRule="exact"/>
                              <w:jc w:val="center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1F2B22"/>
                                <w:sz w:val="276"/>
                                <w:szCs w:val="276"/>
                              </w:rPr>
                              <w:t xml:space="preserve">WAX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4354077</wp:posOffset>
                </wp:positionH>
                <wp:positionV relativeFrom="page">
                  <wp:posOffset>14762073</wp:posOffset>
                </wp:positionV>
                <wp:extent cx="5998608" cy="2103120"/>
                <wp:effectExtent l="0" t="0" r="0" b="0"/>
                <wp:wrapNone/>
                <wp:docPr id="1813" name="Text 18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608" cy="210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2" w:lineRule="exact"/>
                              <w:jc w:val="center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1F2B22"/>
                                <w:sz w:val="276"/>
                                <w:szCs w:val="276"/>
                              </w:rPr>
                              <w:t xml:space="preserve">SUNDAY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2282113</wp:posOffset>
                </wp:positionH>
                <wp:positionV relativeFrom="page">
                  <wp:posOffset>16773753</wp:posOffset>
                </wp:positionV>
                <wp:extent cx="10066172" cy="365759"/>
                <wp:effectExtent l="0" t="0" r="0" b="0"/>
                <wp:wrapNone/>
                <wp:docPr id="1814" name="Text 18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66172" cy="36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52"/>
                                <w:szCs w:val="52"/>
                              </w:rPr>
                              <w:t xml:space="preserve">Crates of records, listening booths and a swap table.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5165245</wp:posOffset>
                </wp:positionH>
                <wp:positionV relativeFrom="page">
                  <wp:posOffset>17629632</wp:posOffset>
                </wp:positionV>
                <wp:extent cx="4299908" cy="256032"/>
                <wp:effectExtent l="0" t="0" r="0" b="0"/>
                <wp:wrapNone/>
                <wp:docPr id="1815" name="Text 18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9908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2B22"/>
                                <w:spacing w:val="48"/>
                                <w:sz w:val="35"/>
                                <w:szCs w:val="35"/>
                              </w:rPr>
                              <w:t xml:space="preserve">BANDRA HALL · MUMBAI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Wax Sunday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