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81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1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786383</wp:posOffset>
                </wp:positionH>
                <wp:positionV relativeFrom="page">
                  <wp:posOffset>9820656</wp:posOffset>
                </wp:positionV>
                <wp:extent cx="13770864" cy="3730752"/>
                <wp:effectExtent l="0" t="0" r="0" b="0"/>
                <wp:wrapNone/>
                <wp:docPr id="1817" name="Text 18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0864" cy="3730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87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DC267"/>
                                <w:spacing w:val="-111"/>
                                <w:sz w:val="505"/>
                                <w:szCs w:val="505"/>
                              </w:rPr>
                              <w:t xml:space="preserve">MINUTES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1936699</wp:posOffset>
                </wp:positionV>
                <wp:extent cx="7237654" cy="2048256"/>
                <wp:effectExtent l="0" t="0" r="0" b="0"/>
                <wp:wrapNone/>
                <wp:docPr id="1818" name="Text 18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7654" cy="2048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-44"/>
                                <w:sz w:val="276"/>
                                <w:szCs w:val="276"/>
                              </w:rPr>
                              <w:t xml:space="preserve">UNDER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3558844</wp:posOffset>
                </wp:positionV>
                <wp:extent cx="12856646" cy="1828800"/>
                <wp:effectExtent l="0" t="0" r="0" b="0"/>
                <wp:wrapNone/>
                <wp:docPr id="1819" name="Text 18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664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-5"/>
                                <w:sz w:val="250"/>
                                <w:szCs w:val="250"/>
                              </w:rPr>
                              <w:t xml:space="preserve">10 MINUTES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5588812</wp:posOffset>
                </wp:positionV>
                <wp:extent cx="7957102" cy="1552651"/>
                <wp:effectExtent l="0" t="0" r="0" b="0"/>
                <wp:wrapNone/>
                <wp:docPr id="1820" name="Text 18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7102" cy="1552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9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60"/>
                                <w:szCs w:val="60"/>
                              </w:rPr>
                              <w:t xml:space="preserve">Twenty short films from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60"/>
                                <w:szCs w:val="60"/>
                              </w:rPr>
                              <w:t xml:space="preserve">first-time directors, back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60"/>
                                <w:szCs w:val="60"/>
                              </w:rPr>
                              <w:t xml:space="preserve">to back.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17099280</wp:posOffset>
                </wp:positionV>
                <wp:extent cx="4646237" cy="347472"/>
                <wp:effectExtent l="0" t="0" r="0" b="0"/>
                <wp:wrapNone/>
                <wp:docPr id="1821" name="Text 18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6237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46"/>
                                <w:sz w:val="46"/>
                                <w:szCs w:val="46"/>
                              </w:rPr>
                              <w:t xml:space="preserve">FILM SOCIETY HALL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11965152</wp:posOffset>
                </wp:positionH>
                <wp:positionV relativeFrom="page">
                  <wp:posOffset>17099280</wp:posOffset>
                </wp:positionV>
                <wp:extent cx="1659407" cy="347472"/>
                <wp:effectExtent l="0" t="0" r="0" b="0"/>
                <wp:wrapNone/>
                <wp:docPr id="1822" name="Text 18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407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46"/>
                                <w:sz w:val="46"/>
                                <w:szCs w:val="46"/>
                              </w:rPr>
                              <w:t xml:space="preserve">4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 10 Minutes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