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82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82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1243584</wp:posOffset>
                </wp:positionV>
                <wp:extent cx="3114846" cy="274320"/>
                <wp:effectExtent l="0" t="0" r="0" b="0"/>
                <wp:wrapNone/>
                <wp:docPr id="1824" name="Text 18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846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B1D10"/>
                                <w:spacing w:val="52"/>
                                <w:sz w:val="37"/>
                                <w:szCs w:val="37"/>
                              </w:rPr>
                              <w:t xml:space="preserve">FOLK FESTIVAL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2267712</wp:posOffset>
                </wp:positionV>
                <wp:extent cx="9034089" cy="1865376"/>
                <wp:effectExtent l="0" t="0" r="0" b="0"/>
                <wp:wrapNone/>
                <wp:docPr id="1825" name="Text 18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4089" cy="1865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3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D10"/>
                                <w:spacing w:val="66"/>
                                <w:sz w:val="240"/>
                                <w:szCs w:val="240"/>
                              </w:rPr>
                              <w:t xml:space="preserve">DESERT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3672230</wp:posOffset>
                </wp:positionV>
                <wp:extent cx="8214969" cy="2011680"/>
                <wp:effectExtent l="0" t="0" r="0" b="0"/>
                <wp:wrapNone/>
                <wp:docPr id="1826" name="Text 18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14969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D10"/>
                                <w:spacing w:val="-51"/>
                                <w:sz w:val="259"/>
                                <w:szCs w:val="259"/>
                              </w:rPr>
                              <w:t xml:space="preserve">SONGS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5848502</wp:posOffset>
                </wp:positionV>
                <wp:extent cx="7086199" cy="925372"/>
                <wp:effectExtent l="0" t="0" r="0" b="0"/>
                <wp:wrapNone/>
                <wp:docPr id="1827" name="Text 18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199" cy="9253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B1D10"/>
                                <w:sz w:val="55"/>
                                <w:szCs w:val="55"/>
                              </w:rPr>
                              <w:t xml:space="preserve">Two nights of folk music under</w:t>
                            </w:r>
                          </w:p>
                          <w:p>
                            <w:pPr>
                              <w:spacing w:before="0" w:after="0" w:line="79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B1D10"/>
                                <w:sz w:val="55"/>
                                <w:szCs w:val="55"/>
                              </w:rPr>
                              <w:t xml:space="preserve">the stars with local musicians.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14447519</wp:posOffset>
                </wp:positionV>
                <wp:extent cx="1556823" cy="237744"/>
                <wp:effectExtent l="0" t="0" r="0" b="0"/>
                <wp:wrapNone/>
                <wp:docPr id="1828" name="Text 18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82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F3D29"/>
                                <w:spacing w:val="44"/>
                                <w:sz w:val="32"/>
                                <w:szCs w:val="32"/>
                              </w:rPr>
                              <w:t xml:space="preserve">DATES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14740127</wp:posOffset>
                </wp:positionV>
                <wp:extent cx="2257253" cy="365759"/>
                <wp:effectExtent l="0" t="0" r="0" b="0"/>
                <wp:wrapNone/>
                <wp:docPr id="1829" name="Text 18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253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D10"/>
                                <w:sz w:val="49"/>
                                <w:szCs w:val="49"/>
                              </w:rPr>
                              <w:t xml:space="preserve">15–16 Jan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15361919</wp:posOffset>
                </wp:positionV>
                <wp:extent cx="1407375" cy="237744"/>
                <wp:effectExtent l="0" t="0" r="0" b="0"/>
                <wp:wrapNone/>
                <wp:docPr id="1830" name="Text 18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375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F3D29"/>
                                <w:spacing w:val="44"/>
                                <w:sz w:val="32"/>
                                <w:szCs w:val="32"/>
                              </w:rPr>
                              <w:t xml:space="preserve">ACTS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15654527</wp:posOffset>
                </wp:positionV>
                <wp:extent cx="1144407" cy="365759"/>
                <wp:effectExtent l="0" t="0" r="0" b="0"/>
                <wp:wrapNone/>
                <wp:docPr id="1831" name="Text 18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4407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D10"/>
                                <w:sz w:val="49"/>
                                <w:szCs w:val="49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16276319</wp:posOffset>
                </wp:positionV>
                <wp:extent cx="1556823" cy="237744"/>
                <wp:effectExtent l="0" t="0" r="0" b="0"/>
                <wp:wrapNone/>
                <wp:docPr id="1832" name="Text 18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82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F3D29"/>
                                <w:spacing w:val="44"/>
                                <w:sz w:val="32"/>
                                <w:szCs w:val="32"/>
                              </w:rPr>
                              <w:t xml:space="preserve">CAMPS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16568927</wp:posOffset>
                </wp:positionV>
                <wp:extent cx="1724615" cy="365759"/>
                <wp:effectExtent l="0" t="0" r="0" b="0"/>
                <wp:wrapNone/>
                <wp:docPr id="1833" name="Text 18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615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D10"/>
                                <w:sz w:val="49"/>
                                <w:szCs w:val="49"/>
                              </w:rPr>
                              <w:t xml:space="preserve">Open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Desert Songs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