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83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83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1243584</wp:posOffset>
                </wp:positionV>
                <wp:extent cx="4250566" cy="457200"/>
                <wp:effectExtent l="0" t="0" r="0" b="0"/>
                <wp:wrapNone/>
                <wp:docPr id="1835" name="Text 18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0566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63"/>
                                <w:szCs w:val="63"/>
                              </w:rPr>
                              <w:t xml:space="preserve">CERAMICS SHOW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12173407</wp:posOffset>
                </wp:positionH>
                <wp:positionV relativeFrom="page">
                  <wp:posOffset>1243584</wp:posOffset>
                </wp:positionV>
                <wp:extent cx="1597456" cy="457200"/>
                <wp:effectExtent l="0" t="0" r="0" b="0"/>
                <wp:wrapNone/>
                <wp:docPr id="1836" name="Text 18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456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63"/>
                                <w:szCs w:val="63"/>
                              </w:rPr>
                              <w:t xml:space="preserve">#01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1510588</wp:posOffset>
                </wp:positionV>
                <wp:extent cx="11085472" cy="4681728"/>
                <wp:effectExtent l="0" t="0" r="0" b="0"/>
                <wp:wrapNone/>
                <wp:docPr id="1837" name="Text 18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5472" cy="4681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72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111111"/>
                                <w:spacing w:val="227"/>
                                <w:sz w:val="490"/>
                                <w:szCs w:val="490"/>
                              </w:rPr>
                              <w:t xml:space="preserve">EARTH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4464100</wp:posOffset>
                </wp:positionV>
                <wp:extent cx="13202257" cy="4681728"/>
                <wp:effectExtent l="0" t="0" r="0" b="0"/>
                <wp:wrapNone/>
                <wp:docPr id="1838" name="Text 18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2257" cy="4681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372" w:lineRule="exact"/>
                              <w:jc w:val="left"/>
                            </w:pPr>
                            <w:r>
                              <w:rPr>
                                <w:rFonts w:ascii="Anton" w:hAnsi="Anton" w:cs="Anton" w:eastAsia="Anton"/>
                                <w:b/>
                                <w:bCs/>
                                <w:color w:val="111111"/>
                                <w:spacing w:val="603"/>
                                <w:sz w:val="490"/>
                                <w:szCs w:val="490"/>
                              </w:rPr>
                              <w:t xml:space="preserve">&amp; FIRE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9674352</wp:posOffset>
                </wp:positionH>
                <wp:positionV relativeFrom="page">
                  <wp:posOffset>9090964</wp:posOffset>
                </wp:positionV>
                <wp:extent cx="4754908" cy="1717243"/>
                <wp:effectExtent l="0" t="0" r="0" b="0"/>
                <wp:wrapNone/>
                <wp:docPr id="1839" name="Text 18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4908" cy="1717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z w:val="52"/>
                                <w:szCs w:val="52"/>
                              </w:rPr>
                              <w:t xml:space="preserve">Stoneware, raku</w:t>
                            </w:r>
                          </w:p>
                          <w:p>
                            <w:pPr>
                              <w:spacing w:before="0" w:after="0" w:line="69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z w:val="52"/>
                                <w:szCs w:val="52"/>
                              </w:rPr>
                              <w:t xml:space="preserve">and wood-fired</w:t>
                            </w:r>
                          </w:p>
                          <w:p>
                            <w:pPr>
                              <w:spacing w:before="0" w:after="0" w:line="69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z w:val="52"/>
                                <w:szCs w:val="52"/>
                              </w:rPr>
                              <w:t xml:space="preserve">pots from a small</w:t>
                            </w:r>
                          </w:p>
                          <w:p>
                            <w:pPr>
                              <w:spacing w:before="0" w:after="0" w:line="69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z w:val="52"/>
                                <w:szCs w:val="52"/>
                              </w:rPr>
                              <w:t xml:space="preserve">studio collective.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15307056</wp:posOffset>
                </wp:positionV>
                <wp:extent cx="1597571" cy="292608"/>
                <wp:effectExtent l="0" t="0" r="0" b="0"/>
                <wp:wrapNone/>
                <wp:docPr id="1840" name="Text 18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571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40"/>
                                <w:szCs w:val="40"/>
                              </w:rPr>
                              <w:t xml:space="preserve">OPENS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15910560</wp:posOffset>
                </wp:positionV>
                <wp:extent cx="2115789" cy="457200"/>
                <wp:effectExtent l="0" t="0" r="0" b="0"/>
                <wp:wrapNone/>
                <wp:docPr id="1841" name="Text 18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789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63"/>
                                <w:szCs w:val="63"/>
                              </w:rPr>
                              <w:t xml:space="preserve">19 Apr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5431536</wp:posOffset>
                </wp:positionH>
                <wp:positionV relativeFrom="page">
                  <wp:posOffset>15307056</wp:posOffset>
                </wp:positionV>
                <wp:extent cx="1751590" cy="292608"/>
                <wp:effectExtent l="0" t="0" r="0" b="0"/>
                <wp:wrapNone/>
                <wp:docPr id="1842" name="Text 18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590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40"/>
                                <w:szCs w:val="40"/>
                              </w:rPr>
                              <w:t xml:space="preserve">PIECES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5431536</wp:posOffset>
                </wp:positionH>
                <wp:positionV relativeFrom="page">
                  <wp:posOffset>15910560</wp:posOffset>
                </wp:positionV>
                <wp:extent cx="1318279" cy="457200"/>
                <wp:effectExtent l="0" t="0" r="0" b="0"/>
                <wp:wrapNone/>
                <wp:docPr id="1843" name="Text 18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279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63"/>
                                <w:szCs w:val="63"/>
                              </w:rPr>
                              <w:t xml:space="preserve">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10003536</wp:posOffset>
                </wp:positionH>
                <wp:positionV relativeFrom="page">
                  <wp:posOffset>15307056</wp:posOffset>
                </wp:positionV>
                <wp:extent cx="1597571" cy="292608"/>
                <wp:effectExtent l="0" t="0" r="0" b="0"/>
                <wp:wrapNone/>
                <wp:docPr id="1844" name="Text 18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571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40"/>
                                <w:szCs w:val="40"/>
                              </w:rPr>
                              <w:t xml:space="preserve">HOURS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10003536</wp:posOffset>
                </wp:positionH>
                <wp:positionV relativeFrom="page">
                  <wp:posOffset>15910560</wp:posOffset>
                </wp:positionV>
                <wp:extent cx="1765763" cy="457200"/>
                <wp:effectExtent l="0" t="0" r="0" b="0"/>
                <wp:wrapNone/>
                <wp:docPr id="1845" name="Text 18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763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63"/>
                                <w:szCs w:val="63"/>
                              </w:rPr>
                              <w:t xml:space="preserve">10–7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 &amp; Fire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