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84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4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10928908</wp:posOffset>
                </wp:positionV>
                <wp:extent cx="13844016" cy="2907791"/>
                <wp:effectExtent l="0" t="0" r="0" b="0"/>
                <wp:wrapNone/>
                <wp:docPr id="1847" name="Text 18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4016" cy="2907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57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159"/>
                                <w:sz w:val="346"/>
                                <w:szCs w:val="346"/>
                              </w:rPr>
                              <w:t xml:space="preserve">OPENING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12947904</wp:posOffset>
                </wp:positionV>
                <wp:extent cx="11236204" cy="2907791"/>
                <wp:effectExtent l="0" t="0" r="0" b="0"/>
                <wp:wrapNone/>
                <wp:docPr id="1848" name="Text 18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6204" cy="2907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57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z w:val="346"/>
                                <w:szCs w:val="346"/>
                              </w:rPr>
                              <w:t xml:space="preserve">MOVES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15672816</wp:posOffset>
                </wp:positionV>
                <wp:extent cx="8092072" cy="886968"/>
                <wp:effectExtent l="0" t="0" r="0" b="0"/>
                <wp:wrapNone/>
                <wp:docPr id="1849" name="Text 18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2072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A rapid tournament for all ratings, with a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kids’ section.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8836790</wp:posOffset>
                </wp:positionH>
                <wp:positionV relativeFrom="page">
                  <wp:posOffset>17428464</wp:posOffset>
                </wp:positionV>
                <wp:extent cx="5080377" cy="274320"/>
                <wp:effectExtent l="0" t="0" r="0" b="0"/>
                <wp:wrapNone/>
                <wp:docPr id="1850" name="Text 18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37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37"/>
                                <w:sz w:val="37"/>
                                <w:szCs w:val="37"/>
                              </w:rPr>
                              <w:t xml:space="preserve">9 AM — SPORTS CLUB HALL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877824</wp:posOffset>
                </wp:positionV>
                <wp:extent cx="2585351" cy="274320"/>
                <wp:effectExtent l="0" t="0" r="0" b="0"/>
                <wp:wrapNone/>
                <wp:docPr id="1851" name="Text 18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51"/>
                                <w:sz w:val="37"/>
                                <w:szCs w:val="37"/>
                              </w:rPr>
                              <w:t xml:space="preserve">CHESS OPEN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Moves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