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3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3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866750</wp:posOffset>
                </wp:positionH>
                <wp:positionV relativeFrom="page">
                  <wp:posOffset>3711035</wp:posOffset>
                </wp:positionV>
                <wp:extent cx="8553499" cy="4266533"/>
                <wp:effectExtent l="0" t="0" r="0" b="0"/>
                <wp:wrapNone/>
                <wp:docPr id="2436" name="Text 24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3499" cy="4266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47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z w:val="186"/>
                                <w:szCs w:val="186"/>
                              </w:rPr>
                              <w:t xml:space="preserve">Be the person</w:t>
                            </w:r>
                          </w:p>
                          <w:p>
                            <w:pPr>
                              <w:spacing w:before="0" w:after="0" w:line="223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z w:val="186"/>
                                <w:szCs w:val="186"/>
                              </w:rPr>
                              <w:t xml:space="preserve">your younger</w:t>
                            </w:r>
                          </w:p>
                          <w:p>
                            <w:pPr>
                              <w:spacing w:before="0" w:after="0" w:line="223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z w:val="186"/>
                                <w:szCs w:val="186"/>
                              </w:rPr>
                              <w:t xml:space="preserve">self needed.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3413967</wp:posOffset>
                </wp:positionH>
                <wp:positionV relativeFrom="page">
                  <wp:posOffset>10878502</wp:posOffset>
                </wp:positionV>
                <wp:extent cx="3459064" cy="218598"/>
                <wp:effectExtent l="0" t="0" r="0" b="0"/>
                <wp:wrapNone/>
                <wp:docPr id="2437" name="Text 24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064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84682E"/>
                                <w:spacing w:val="96"/>
                                <w:sz w:val="32"/>
                                <w:szCs w:val="32"/>
                              </w:rPr>
                              <w:t xml:space="preserve">DAILY REMINDER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the person your younger self needed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