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3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3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745807</wp:posOffset>
                </wp:positionH>
                <wp:positionV relativeFrom="page">
                  <wp:posOffset>2918936</wp:posOffset>
                </wp:positionV>
                <wp:extent cx="8978180" cy="6761130"/>
                <wp:effectExtent l="0" t="0" r="0" b="0"/>
                <wp:wrapNone/>
                <wp:docPr id="2439" name="Text 24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8180" cy="676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30"/>
                                <w:sz w:val="154"/>
                                <w:szCs w:val="154"/>
                              </w:rPr>
                              <w:t xml:space="preserve">You don’t have</w:t>
                            </w:r>
                          </w:p>
                          <w:p>
                            <w:pPr>
                              <w:spacing w:before="0" w:after="0" w:line="22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30"/>
                                <w:sz w:val="154"/>
                                <w:szCs w:val="154"/>
                              </w:rPr>
                              <w:t xml:space="preserve">to see the</w:t>
                            </w:r>
                          </w:p>
                          <w:p>
                            <w:pPr>
                              <w:spacing w:before="0" w:after="0" w:line="22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30"/>
                                <w:sz w:val="154"/>
                                <w:szCs w:val="154"/>
                              </w:rPr>
                              <w:t xml:space="preserve">whole</w:t>
                            </w:r>
                          </w:p>
                          <w:p>
                            <w:pPr>
                              <w:spacing w:before="0" w:after="0" w:line="22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29"/>
                                <w:sz w:val="154"/>
                                <w:szCs w:val="154"/>
                              </w:rPr>
                              <w:t xml:space="preserve">staircase. Just</w:t>
                            </w:r>
                          </w:p>
                          <w:p>
                            <w:pPr>
                              <w:spacing w:before="0" w:after="0" w:line="22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30"/>
                                <w:sz w:val="154"/>
                                <w:szCs w:val="154"/>
                              </w:rPr>
                              <w:t xml:space="preserve">the next step.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758666</wp:posOffset>
                </wp:positionH>
                <wp:positionV relativeFrom="page">
                  <wp:posOffset>11868626</wp:posOffset>
                </wp:positionV>
                <wp:extent cx="1813282" cy="282892"/>
                <wp:effectExtent l="0" t="0" r="0" b="0"/>
                <wp:wrapNone/>
                <wp:docPr id="2440" name="Text 24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282" cy="2828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5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1F1C12"/>
                                <w:sz w:val="36"/>
                                <w:szCs w:val="36"/>
                              </w:rPr>
                              <w:t xml:space="preserve">Morning words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 don’t have to see the…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