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4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4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1530191</wp:posOffset>
                </wp:positionH>
                <wp:positionV relativeFrom="page">
                  <wp:posOffset>1118711</wp:posOffset>
                </wp:positionV>
                <wp:extent cx="2004558" cy="2738913"/>
                <wp:effectExtent l="0" t="0" r="0" b="0"/>
                <wp:wrapNone/>
                <wp:docPr id="2442" name="Text 24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558" cy="2738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FFD23F"/>
                                <w:sz w:val="324"/>
                                <w:szCs w:val="324"/>
                              </w:rPr>
                              <w:t xml:space="preserve">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1530191</wp:posOffset>
                </wp:positionH>
                <wp:positionV relativeFrom="page">
                  <wp:posOffset>3757326</wp:posOffset>
                </wp:positionV>
                <wp:extent cx="8449760" cy="3788187"/>
                <wp:effectExtent l="0" t="0" r="0" b="0"/>
                <wp:wrapNone/>
                <wp:docPr id="2443" name="Text 24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9760" cy="3788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8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170"/>
                                <w:szCs w:val="170"/>
                              </w:rPr>
                              <w:t xml:space="preserve">Collect</w:t>
                            </w:r>
                          </w:p>
                          <w:p>
                            <w:pPr>
                              <w:spacing w:before="0" w:after="0" w:line="204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170"/>
                                <w:szCs w:val="170"/>
                              </w:rPr>
                              <w:t xml:space="preserve">moments, not</w:t>
                            </w:r>
                          </w:p>
                          <w:p>
                            <w:pPr>
                              <w:spacing w:before="0" w:after="0" w:line="2041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5F2EA"/>
                                <w:sz w:val="170"/>
                                <w:szCs w:val="170"/>
                              </w:rPr>
                              <w:t xml:space="preserve">things.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1530191</wp:posOffset>
                </wp:positionH>
                <wp:positionV relativeFrom="page">
                  <wp:posOffset>10068401</wp:posOffset>
                </wp:positionV>
                <wp:extent cx="3039788" cy="270033"/>
                <wp:effectExtent l="0" t="0" r="0" b="0"/>
                <wp:wrapNone/>
                <wp:docPr id="2444" name="Text 24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9788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9B3F1"/>
                                <w:spacing w:val="36"/>
                                <w:sz w:val="36"/>
                                <w:szCs w:val="36"/>
                              </w:rPr>
                              <w:t xml:space="preserve">— Travel notes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 moments, not things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