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28148" cy="12910185"/>
            <wp:effectExtent l="0" t="0" r="0" b="0"/>
            <wp:wrapNone/>
            <wp:docPr id="244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44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328148" cy="12910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372903</wp:posOffset>
                </wp:positionH>
                <wp:positionV relativeFrom="page">
                  <wp:posOffset>-1838801</wp:posOffset>
                </wp:positionV>
                <wp:extent cx="5652545" cy="8923972"/>
                <wp:effectExtent l="0" t="0" r="0" b="0"/>
                <wp:wrapNone/>
                <wp:docPr id="2449" name="Text 24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2545" cy="89239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4053" w:lineRule="exact"/>
                              <w:jc w:val="left"/>
                            </w:pPr>
                            <w:r>
                              <w:rPr>
                                <w:rFonts w:ascii="Playfair Display" w:hAnsi="Playfair Display" w:cs="Playfair Display" w:eastAsia="Playfair Display"/>
                                <w:color w:val="CD6876"/>
                                <w:sz w:val="1053"/>
                                <w:szCs w:val="1053"/>
                              </w:rPr>
                              <w:t xml:space="preserve">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887253</wp:posOffset>
                </wp:positionH>
                <wp:positionV relativeFrom="page">
                  <wp:posOffset>4791170</wp:posOffset>
                </wp:positionV>
                <wp:extent cx="8958751" cy="2382726"/>
                <wp:effectExtent l="0" t="0" r="0" b="0"/>
                <wp:wrapNone/>
                <wp:docPr id="2450" name="Text 24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8751" cy="2382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42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3B1F24"/>
                                <w:sz w:val="166"/>
                                <w:szCs w:val="166"/>
                              </w:rPr>
                              <w:t xml:space="preserve">Start where you</w:t>
                            </w:r>
                          </w:p>
                          <w:p>
                            <w:pPr>
                              <w:spacing w:before="0" w:after="0" w:line="1909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3B1F24"/>
                                <w:sz w:val="166"/>
                                <w:szCs w:val="166"/>
                              </w:rPr>
                              <w:t xml:space="preserve">are. Use what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797242</wp:posOffset>
                </wp:positionH>
                <wp:positionV relativeFrom="page">
                  <wp:posOffset>7216330</wp:posOffset>
                </wp:positionV>
                <wp:extent cx="7716254" cy="1170146"/>
                <wp:effectExtent l="0" t="0" r="0" b="0"/>
                <wp:wrapNone/>
                <wp:docPr id="2451" name="Text 24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6254" cy="11701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42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3B1F24"/>
                                <w:sz w:val="166"/>
                                <w:szCs w:val="166"/>
                              </w:rPr>
                              <w:t xml:space="preserve">you have. 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887253</wp:posOffset>
                </wp:positionH>
                <wp:positionV relativeFrom="page">
                  <wp:posOffset>8428910</wp:posOffset>
                </wp:positionV>
                <wp:extent cx="7981627" cy="1170146"/>
                <wp:effectExtent l="0" t="0" r="0" b="0"/>
                <wp:wrapNone/>
                <wp:docPr id="2452" name="Text 24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81627" cy="11701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842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3B1F24"/>
                                <w:sz w:val="166"/>
                                <w:szCs w:val="166"/>
                              </w:rPr>
                              <w:t xml:space="preserve">what you can.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2430303</wp:posOffset>
                </wp:positionH>
                <wp:positionV relativeFrom="page">
                  <wp:posOffset>11431428</wp:posOffset>
                </wp:positionV>
                <wp:extent cx="2984937" cy="270033"/>
                <wp:effectExtent l="0" t="0" r="0" b="0"/>
                <wp:wrapNone/>
                <wp:docPr id="2453" name="Text 24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937" cy="2700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25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755D5B"/>
                                <w:spacing w:val="51"/>
                                <w:sz w:val="36"/>
                                <w:szCs w:val="36"/>
                              </w:rPr>
                              <w:t xml:space="preserve">NOTES TO SELF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6200" w:h="2025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 where you are. Use what…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