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28148" cy="12910185"/>
            <wp:effectExtent l="0" t="0" r="0" b="0"/>
            <wp:wrapNone/>
            <wp:docPr id="2454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454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28148" cy="129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707231</wp:posOffset>
                </wp:positionH>
                <wp:positionV relativeFrom="page">
                  <wp:posOffset>1489043</wp:posOffset>
                </wp:positionV>
                <wp:extent cx="9528333" cy="2057399"/>
                <wp:effectExtent l="0" t="0" r="0" b="0"/>
                <wp:wrapNone/>
                <wp:docPr id="2455" name="Text 245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8333" cy="20573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239" w:lineRule="exact"/>
                              <w:jc w:val="left"/>
                            </w:pPr>
                            <w:r>
                              <w:rPr>
                                <w:rFonts w:ascii="Anton" w:hAnsi="Anton" w:cs="Anton" w:eastAsia="Anton"/>
                                <w:color w:val="FFFFFF"/>
                                <w:spacing w:val="248"/>
                                <w:sz w:val="215"/>
                                <w:szCs w:val="215"/>
                              </w:rPr>
                              <w:t xml:space="preserve">SIMPLICITY IS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707231</wp:posOffset>
                </wp:positionH>
                <wp:positionV relativeFrom="page">
                  <wp:posOffset>2765917</wp:posOffset>
                </wp:positionV>
                <wp:extent cx="9528333" cy="2224563"/>
                <wp:effectExtent l="0" t="0" r="0" b="0"/>
                <wp:wrapNone/>
                <wp:docPr id="2456" name="Text 245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8333" cy="22245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503" w:lineRule="exact"/>
                              <w:jc w:val="left"/>
                            </w:pPr>
                            <w:r>
                              <w:rPr>
                                <w:rFonts w:ascii="Anton" w:hAnsi="Anton" w:cs="Anton" w:eastAsia="Anton"/>
                                <w:color w:val="FFFFFF"/>
                                <w:spacing w:val="188"/>
                                <w:sz w:val="233"/>
                                <w:szCs w:val="233"/>
                              </w:rPr>
                              <w:t xml:space="preserve">THE ULTIMATE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707231</wp:posOffset>
                </wp:positionH>
                <wp:positionV relativeFrom="page">
                  <wp:posOffset>4236958</wp:posOffset>
                </wp:positionV>
                <wp:extent cx="9528333" cy="1774507"/>
                <wp:effectExtent l="0" t="0" r="0" b="0"/>
                <wp:wrapNone/>
                <wp:docPr id="2457" name="Text 245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8333" cy="17745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94" w:lineRule="exact"/>
                              <w:jc w:val="left"/>
                            </w:pPr>
                            <w:r>
                              <w:rPr>
                                <w:rFonts w:ascii="Anton" w:hAnsi="Anton" w:cs="Anton" w:eastAsia="Anton"/>
                                <w:color w:val="FFFFFF"/>
                                <w:spacing w:val="184"/>
                                <w:sz w:val="186"/>
                                <w:szCs w:val="186"/>
                              </w:rPr>
                              <w:t xml:space="preserve">SOPHISTICATION.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707231</wp:posOffset>
                </wp:positionH>
                <wp:positionV relativeFrom="page">
                  <wp:posOffset>12151518</wp:posOffset>
                </wp:positionV>
                <wp:extent cx="2654909" cy="244316"/>
                <wp:effectExtent l="0" t="0" r="0" b="0"/>
                <wp:wrapNone/>
                <wp:docPr id="2458" name="Text 245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909" cy="244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8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pacing w:val="45"/>
                                <w:sz w:val="32"/>
                                <w:szCs w:val="32"/>
                              </w:rPr>
                              <w:t xml:space="preserve">— DESIGN WALL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6200" w:h="2025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Simplicity is the ultimate…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