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5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5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1135256</wp:posOffset>
                </wp:positionH>
                <wp:positionV relativeFrom="page">
                  <wp:posOffset>3711035</wp:posOffset>
                </wp:positionV>
                <wp:extent cx="8016486" cy="2846927"/>
                <wp:effectExtent l="0" t="0" r="0" b="0"/>
                <wp:wrapNone/>
                <wp:docPr id="2460" name="Text 24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6486" cy="2846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47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4ECD8"/>
                                <w:sz w:val="186"/>
                                <w:szCs w:val="186"/>
                              </w:rPr>
                              <w:t xml:space="preserve">Stay curious.</w:t>
                            </w:r>
                          </w:p>
                          <w:p>
                            <w:pPr>
                              <w:spacing w:before="0" w:after="0" w:line="223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4ECD8"/>
                                <w:sz w:val="186"/>
                                <w:szCs w:val="186"/>
                              </w:rPr>
                              <w:t xml:space="preserve">Stay kind.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3750123</wp:posOffset>
                </wp:positionH>
                <wp:positionV relativeFrom="page">
                  <wp:posOffset>10878502</wp:posOffset>
                </wp:positionV>
                <wp:extent cx="2786752" cy="218598"/>
                <wp:effectExtent l="0" t="0" r="0" b="0"/>
                <wp:wrapNone/>
                <wp:docPr id="2461" name="Text 24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752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D9B45A"/>
                                <w:spacing w:val="96"/>
                                <w:sz w:val="32"/>
                                <w:szCs w:val="32"/>
                              </w:rPr>
                              <w:t xml:space="preserve">STUDIO WALL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 curious. Stay kind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