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6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6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745807</wp:posOffset>
                </wp:positionH>
                <wp:positionV relativeFrom="page">
                  <wp:posOffset>2931795</wp:posOffset>
                </wp:positionV>
                <wp:extent cx="9368344" cy="7110888"/>
                <wp:effectExtent l="0" t="0" r="0" b="0"/>
                <wp:wrapNone/>
                <wp:docPr id="2463" name="Text 24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8344" cy="7110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pacing w:val="-32"/>
                                <w:sz w:val="162"/>
                                <w:szCs w:val="162"/>
                              </w:rPr>
                              <w:t xml:space="preserve">Discipline is</w:t>
                            </w:r>
                          </w:p>
                          <w:p>
                            <w:pPr>
                              <w:spacing w:before="0" w:after="0" w:line="234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pacing w:val="-30"/>
                                <w:sz w:val="162"/>
                                <w:szCs w:val="162"/>
                              </w:rPr>
                              <w:t xml:space="preserve">choosing what</w:t>
                            </w:r>
                          </w:p>
                          <w:p>
                            <w:pPr>
                              <w:spacing w:before="0" w:after="0" w:line="234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pacing w:val="-30"/>
                                <w:sz w:val="162"/>
                                <w:szCs w:val="162"/>
                              </w:rPr>
                              <w:t xml:space="preserve">you want most</w:t>
                            </w:r>
                          </w:p>
                          <w:p>
                            <w:pPr>
                              <w:spacing w:before="0" w:after="0" w:line="234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pacing w:val="-32"/>
                                <w:sz w:val="162"/>
                                <w:szCs w:val="162"/>
                              </w:rPr>
                              <w:t xml:space="preserve">over what you</w:t>
                            </w:r>
                          </w:p>
                          <w:p>
                            <w:pPr>
                              <w:spacing w:before="0" w:after="0" w:line="234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pacing w:val="-32"/>
                                <w:sz w:val="162"/>
                                <w:szCs w:val="162"/>
                              </w:rPr>
                              <w:t xml:space="preserve">want now.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758666</wp:posOffset>
                </wp:positionH>
                <wp:positionV relativeFrom="page">
                  <wp:posOffset>11868626</wp:posOffset>
                </wp:positionV>
                <wp:extent cx="1341677" cy="282892"/>
                <wp:effectExtent l="0" t="0" r="0" b="0"/>
                <wp:wrapNone/>
                <wp:docPr id="2464" name="Text 24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677" cy="2828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D2B22"/>
                                <w:sz w:val="36"/>
                                <w:szCs w:val="36"/>
                              </w:rPr>
                              <w:t xml:space="preserve">Gym wall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Discipline is choosing what…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