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6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6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1530191</wp:posOffset>
                </wp:positionH>
                <wp:positionV relativeFrom="page">
                  <wp:posOffset>1118711</wp:posOffset>
                </wp:positionV>
                <wp:extent cx="2004558" cy="2738913"/>
                <wp:effectExtent l="0" t="0" r="0" b="0"/>
                <wp:wrapNone/>
                <wp:docPr id="2466" name="Text 24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558" cy="2738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9D4626"/>
                                <w:sz w:val="324"/>
                                <w:szCs w:val="324"/>
                              </w:rPr>
                              <w:t xml:space="preserve">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1530191</wp:posOffset>
                </wp:positionH>
                <wp:positionV relativeFrom="page">
                  <wp:posOffset>3757326</wp:posOffset>
                </wp:positionV>
                <wp:extent cx="6421398" cy="3788187"/>
                <wp:effectExtent l="0" t="0" r="0" b="0"/>
                <wp:wrapNone/>
                <wp:docPr id="2467" name="Text 24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1398" cy="3788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8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3A2014"/>
                                <w:sz w:val="170"/>
                                <w:szCs w:val="170"/>
                              </w:rPr>
                              <w:t xml:space="preserve">Chai first.</w:t>
                            </w:r>
                          </w:p>
                          <w:p>
                            <w:pPr>
                              <w:spacing w:before="0" w:after="0" w:line="204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3A2014"/>
                                <w:sz w:val="170"/>
                                <w:szCs w:val="170"/>
                              </w:rPr>
                              <w:t xml:space="preserve">Then the</w:t>
                            </w:r>
                          </w:p>
                          <w:p>
                            <w:pPr>
                              <w:spacing w:before="0" w:after="0" w:line="204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3A2014"/>
                                <w:sz w:val="170"/>
                                <w:szCs w:val="170"/>
                              </w:rPr>
                              <w:t xml:space="preserve">world.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1530191</wp:posOffset>
                </wp:positionH>
                <wp:positionV relativeFrom="page">
                  <wp:posOffset>10068401</wp:posOffset>
                </wp:positionV>
                <wp:extent cx="3039788" cy="270033"/>
                <wp:effectExtent l="0" t="0" r="0" b="0"/>
                <wp:wrapNone/>
                <wp:docPr id="2468" name="Text 24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788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E5C4C"/>
                                <w:spacing w:val="36"/>
                                <w:sz w:val="36"/>
                                <w:szCs w:val="36"/>
                              </w:rPr>
                              <w:t xml:space="preserve">— Kitchen wall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 first. Then the world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