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6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6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1273016</wp:posOffset>
                </wp:positionH>
                <wp:positionV relativeFrom="page">
                  <wp:posOffset>3626167</wp:posOffset>
                </wp:positionV>
                <wp:extent cx="8698361" cy="3060382"/>
                <wp:effectExtent l="0" t="0" r="0" b="0"/>
                <wp:wrapNone/>
                <wp:docPr id="2470" name="Text 24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8361" cy="30603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41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6E0F8"/>
                                <w:sz w:val="122"/>
                                <w:szCs w:val="122"/>
                              </w:rPr>
                              <w:t xml:space="preserve">&gt; Every expert</w:t>
                            </w:r>
                          </w:p>
                          <w:p>
                            <w:pPr>
                              <w:spacing w:before="0" w:after="0" w:line="17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6E0F8"/>
                                <w:sz w:val="122"/>
                                <w:szCs w:val="122"/>
                              </w:rPr>
                              <w:t xml:space="preserve">was once a</w:t>
                            </w:r>
                          </w:p>
                          <w:p>
                            <w:pPr>
                              <w:spacing w:before="0" w:after="0" w:line="17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6E0F8"/>
                                <w:sz w:val="122"/>
                                <w:szCs w:val="122"/>
                              </w:rPr>
                              <w:t xml:space="preserve">beginner.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1273016</wp:posOffset>
                </wp:positionH>
                <wp:positionV relativeFrom="page">
                  <wp:posOffset>9554051</wp:posOffset>
                </wp:positionV>
                <wp:extent cx="2980758" cy="270033"/>
                <wp:effectExtent l="0" t="0" r="0" b="0"/>
                <wp:wrapNone/>
                <wp:docPr id="2471" name="Text 24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0758" cy="270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A4CD6"/>
                                <w:sz w:val="36"/>
                                <w:szCs w:val="36"/>
                              </w:rPr>
                              <w:t xml:space="preserve"># classroom_wall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expert was once a beginner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