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09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09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1664208</wp:posOffset>
                </wp:positionH>
                <wp:positionV relativeFrom="page">
                  <wp:posOffset>4937760</wp:posOffset>
                </wp:positionV>
                <wp:extent cx="2922651" cy="329184"/>
                <wp:effectExtent l="0" t="0" r="0" b="0"/>
                <wp:wrapNone/>
                <wp:docPr id="3098" name="Text 30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2651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CFCCC6"/>
                                <w:spacing w:val="69"/>
                                <w:sz w:val="43"/>
                                <w:szCs w:val="43"/>
                              </w:rPr>
                              <w:t xml:space="preserve">OPEN HOUSE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1737359</wp:posOffset>
                </wp:positionH>
                <wp:positionV relativeFrom="page">
                  <wp:posOffset>5610758</wp:posOffset>
                </wp:positionV>
                <wp:extent cx="8186205" cy="2688335"/>
                <wp:effectExtent l="0" t="0" r="0" b="0"/>
                <wp:wrapNone/>
                <wp:docPr id="3099" name="Text 30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6205" cy="268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33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151515"/>
                                <w:spacing w:val="-217"/>
                                <w:sz w:val="317"/>
                                <w:szCs w:val="317"/>
                              </w:rPr>
                              <w:t xml:space="preserve">Garden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1713826</wp:posOffset>
                </wp:positionH>
                <wp:positionV relativeFrom="page">
                  <wp:posOffset>7461504</wp:posOffset>
                </wp:positionV>
                <wp:extent cx="7002668" cy="2688335"/>
                <wp:effectExtent l="0" t="0" r="0" b="0"/>
                <wp:wrapNone/>
                <wp:docPr id="3100" name="Text 31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2668" cy="268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33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151515"/>
                                <w:spacing w:val="293"/>
                                <w:sz w:val="317"/>
                                <w:szCs w:val="317"/>
                              </w:rPr>
                              <w:t xml:space="preserve">Villa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1737359</wp:posOffset>
                </wp:positionH>
                <wp:positionV relativeFrom="page">
                  <wp:posOffset>10113264</wp:posOffset>
                </wp:positionV>
                <wp:extent cx="11186655" cy="1040587"/>
                <wp:effectExtent l="0" t="0" r="0" b="0"/>
                <wp:wrapNone/>
                <wp:docPr id="3101" name="Text 31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86655" cy="1040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51515"/>
                                <w:sz w:val="63"/>
                                <w:szCs w:val="63"/>
                              </w:rPr>
                              <w:t xml:space="preserve">Four bedrooms around a courtyard with a neem</w:t>
                            </w:r>
                          </w:p>
                          <w:p>
                            <w:pPr>
                              <w:spacing w:before="0" w:after="0" w:line="91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51515"/>
                                <w:sz w:val="63"/>
                                <w:szCs w:val="63"/>
                              </w:rPr>
                              <w:t xml:space="preserve">tree.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1737359</wp:posOffset>
                </wp:positionH>
                <wp:positionV relativeFrom="page">
                  <wp:posOffset>13716000</wp:posOffset>
                </wp:positionV>
                <wp:extent cx="3656114" cy="457200"/>
                <wp:effectExtent l="0" t="0" r="0" b="0"/>
                <wp:wrapNone/>
                <wp:docPr id="3102" name="Text 31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6114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51515"/>
                                <w:sz w:val="63"/>
                                <w:szCs w:val="63"/>
                              </w:rPr>
                              <w:t xml:space="preserve">Learn more  →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4340099</wp:posOffset>
                </wp:positionH>
                <wp:positionV relativeFrom="page">
                  <wp:posOffset>17135856</wp:posOffset>
                </wp:positionV>
                <wp:extent cx="5950200" cy="292608"/>
                <wp:effectExtent l="0" t="0" r="0" b="0"/>
                <wp:wrapNone/>
                <wp:docPr id="3103" name="Text 31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0200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51515"/>
                                <w:spacing w:val="80"/>
                                <w:sz w:val="40"/>
                                <w:szCs w:val="40"/>
                              </w:rPr>
                              <w:t xml:space="preserve">WHITEFIELD · BENGALURU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Garden Villa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