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3104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3104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9923068</wp:posOffset>
                </wp:positionV>
                <wp:extent cx="8704973" cy="2651760"/>
                <wp:effectExtent l="0" t="0" r="0" b="0"/>
                <wp:wrapNone/>
                <wp:docPr id="3105" name="Text 310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04973" cy="2651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176" w:lineRule="exact"/>
                              <w:jc w:val="left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F3ECE0"/>
                                <w:spacing w:val="-34"/>
                                <w:sz w:val="346"/>
                                <w:szCs w:val="346"/>
                              </w:rPr>
                              <w:t xml:space="preserve">Skyline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11942064</wp:posOffset>
                </wp:positionV>
                <wp:extent cx="13514831" cy="2651760"/>
                <wp:effectExtent l="0" t="0" r="0" b="0"/>
                <wp:wrapNone/>
                <wp:docPr id="3106" name="Text 310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14831" cy="2651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176" w:lineRule="exact"/>
                              <w:jc w:val="left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F3ECE0"/>
                                <w:spacing w:val="74"/>
                                <w:sz w:val="346"/>
                                <w:szCs w:val="346"/>
                              </w:rPr>
                              <w:t xml:space="preserve">Residences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14465808</wp:posOffset>
                </wp:positionV>
                <wp:extent cx="8300310" cy="1014984"/>
                <wp:effectExtent l="0" t="0" r="0" b="0"/>
                <wp:wrapNone/>
                <wp:docPr id="3107" name="Text 310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00310" cy="10149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20" w:lineRule="exact"/>
                              <w:jc w:val="left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F3ECE0"/>
                                <w:sz w:val="60"/>
                                <w:szCs w:val="60"/>
                              </w:rPr>
                              <w:t xml:space="preserve">2 &amp; 3 BHK homes with a rooftop pool and</w:t>
                            </w:r>
                          </w:p>
                          <w:p>
                            <w:pPr>
                              <w:spacing w:before="0" w:after="0" w:line="878" w:lineRule="exact"/>
                              <w:jc w:val="left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F3ECE0"/>
                                <w:sz w:val="60"/>
                                <w:szCs w:val="60"/>
                              </w:rPr>
                              <w:t xml:space="preserve">coworking floor.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16258031</wp:posOffset>
                </wp:positionV>
                <wp:extent cx="1443460" cy="256032"/>
                <wp:effectExtent l="0" t="0" r="0" b="0"/>
                <wp:wrapNone/>
                <wp:docPr id="3108" name="Text 310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3460" cy="2560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03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85A7A3"/>
                                <w:spacing w:val="41"/>
                                <w:sz w:val="34"/>
                                <w:szCs w:val="34"/>
                              </w:rPr>
                              <w:t xml:space="preserve">FROM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12112828</wp:posOffset>
                </wp:positionH>
                <wp:positionV relativeFrom="page">
                  <wp:posOffset>16166592</wp:posOffset>
                </wp:positionV>
                <wp:extent cx="1511731" cy="384048"/>
                <wp:effectExtent l="0" t="0" r="0" b="0"/>
                <wp:wrapNone/>
                <wp:docPr id="3109" name="Text 310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1731" cy="3840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04" w:lineRule="exact"/>
                              <w:jc w:val="right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b/>
                                <w:bCs/>
                                <w:color w:val="F3ECE0"/>
                                <w:sz w:val="49"/>
                                <w:szCs w:val="49"/>
                              </w:rPr>
                              <w:t xml:space="preserve">₹89 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16989552</wp:posOffset>
                </wp:positionV>
                <wp:extent cx="1757785" cy="256032"/>
                <wp:effectExtent l="0" t="0" r="0" b="0"/>
                <wp:wrapNone/>
                <wp:docPr id="3110" name="Text 311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7785" cy="2560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03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85A7A3"/>
                                <w:spacing w:val="41"/>
                                <w:sz w:val="34"/>
                                <w:szCs w:val="34"/>
                              </w:rPr>
                              <w:t xml:space="preserve">TOWERS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12659467</wp:posOffset>
                </wp:positionH>
                <wp:positionV relativeFrom="page">
                  <wp:posOffset>16898112</wp:posOffset>
                </wp:positionV>
                <wp:extent cx="971092" cy="384048"/>
                <wp:effectExtent l="0" t="0" r="0" b="0"/>
                <wp:wrapNone/>
                <wp:docPr id="3111" name="Text 311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092" cy="3840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04" w:lineRule="exact"/>
                              <w:jc w:val="right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b/>
                                <w:bCs/>
                                <w:color w:val="F3ECE0"/>
                                <w:sz w:val="49"/>
                                <w:szCs w:val="49"/>
                              </w:rPr>
                              <w:t xml:space="preserve"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Skyline Residences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