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3112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3112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6449120</wp:posOffset>
                </wp:positionH>
                <wp:positionV relativeFrom="page">
                  <wp:posOffset>530352</wp:posOffset>
                </wp:positionV>
                <wp:extent cx="1732159" cy="292608"/>
                <wp:effectExtent l="0" t="0" r="0" b="0"/>
                <wp:wrapNone/>
                <wp:docPr id="3113" name="Text 311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2159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120"/>
                                <w:sz w:val="40"/>
                                <w:szCs w:val="40"/>
                              </w:rPr>
                              <w:t xml:space="preserve">SOLD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5325065</wp:posOffset>
                </wp:positionH>
                <wp:positionV relativeFrom="page">
                  <wp:posOffset>17593056</wp:posOffset>
                </wp:positionV>
                <wp:extent cx="3980268" cy="292608"/>
                <wp:effectExtent l="0" t="0" r="0" b="0"/>
                <wp:wrapNone/>
                <wp:docPr id="3114" name="Text 3114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0268" cy="2926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60" w:lineRule="exact"/>
                              <w:jc w:val="center"/>
                            </w:pPr>
                            <w:r>
                              <w:rPr>
                                <w:rFonts w:ascii="Courier New" w:hAnsi="Courier New" w:cs="Courier New" w:eastAsia="Courier New"/>
                                <w:b/>
                                <w:bCs/>
                                <w:color w:val="FFFFFF"/>
                                <w:spacing w:val="119"/>
                                <w:sz w:val="40"/>
                                <w:szCs w:val="40"/>
                              </w:rPr>
                              <w:t xml:space="preserve">SAMPLE AGENCY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413308</wp:posOffset>
                </wp:positionH>
                <wp:positionV relativeFrom="page">
                  <wp:posOffset>9162288</wp:posOffset>
                </wp:positionV>
                <wp:extent cx="13803782" cy="3072384"/>
                <wp:effectExtent l="0" t="0" r="0" b="0"/>
                <wp:wrapNone/>
                <wp:docPr id="3115" name="Text 3115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03782" cy="30723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38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3ECE0"/>
                                <w:spacing w:val="189"/>
                                <w:sz w:val="432"/>
                                <w:szCs w:val="432"/>
                              </w:rPr>
                              <w:t xml:space="preserve">Sold in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1338888</wp:posOffset>
                </wp:positionH>
                <wp:positionV relativeFrom="page">
                  <wp:posOffset>11686032</wp:posOffset>
                </wp:positionV>
                <wp:extent cx="11963431" cy="3072384"/>
                <wp:effectExtent l="0" t="0" r="0" b="0"/>
                <wp:wrapNone/>
                <wp:docPr id="3116" name="Text 3116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63431" cy="30723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38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3ECE0"/>
                                <w:spacing w:val="-72"/>
                                <w:sz w:val="432"/>
                                <w:szCs w:val="432"/>
                              </w:rPr>
                              <w:t xml:space="preserve">9 Days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2789677</wp:posOffset>
                </wp:positionH>
                <wp:positionV relativeFrom="page">
                  <wp:posOffset>14740127</wp:posOffset>
                </wp:positionV>
                <wp:extent cx="9051045" cy="978407"/>
                <wp:effectExtent l="0" t="0" r="0" b="0"/>
                <wp:wrapNone/>
                <wp:docPr id="3117" name="Text 3117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51045" cy="9784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62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F3ECE0"/>
                                <w:sz w:val="60"/>
                                <w:szCs w:val="60"/>
                              </w:rPr>
                              <w:t xml:space="preserve">Thank you to the families who trusted us</w:t>
                            </w:r>
                          </w:p>
                          <w:p>
                            <w:pPr>
                              <w:spacing w:before="0" w:after="0" w:line="878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color w:val="F3ECE0"/>
                                <w:sz w:val="60"/>
                                <w:szCs w:val="60"/>
                              </w:rPr>
                              <w:t xml:space="preserve">with their home.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5" behindDoc="0" locked="0" layoutInCell="1" allowOverlap="1">
                <wp:simplePos x="0" y="0"/>
                <wp:positionH relativeFrom="page">
                  <wp:posOffset>5557137</wp:posOffset>
                </wp:positionH>
                <wp:positionV relativeFrom="page">
                  <wp:posOffset>16203167</wp:posOffset>
                </wp:positionV>
                <wp:extent cx="3516125" cy="310896"/>
                <wp:effectExtent l="0" t="0" r="0" b="0"/>
                <wp:wrapNone/>
                <wp:docPr id="3118" name="Text 3118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16125" cy="3108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89" w:lineRule="exact"/>
                              <w:jc w:val="center"/>
                            </w:pPr>
                            <w:r>
                              <w:rPr>
                                <w:rFonts w:ascii="Arial" w:hAnsi="Arial" w:cs="Arial" w:eastAsia="Arial"/>
                                <w:b/>
                                <w:bCs/>
                                <w:color w:val="F3ECE0"/>
                                <w:spacing w:val="39"/>
                                <w:sz w:val="46"/>
                                <w:szCs w:val="46"/>
                              </w:rPr>
                              <w:t xml:space="preserve">2 MAR  ·  11 MAR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Sold in 9 Days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